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9E7F" w14:textId="77777777" w:rsidR="00E808E9" w:rsidRDefault="00A90C8E">
      <w:pPr>
        <w:keepNext/>
        <w:spacing w:after="40"/>
        <w:jc w:val="center"/>
        <w:rPr>
          <w:lang w:eastAsia="zh-TW"/>
        </w:rPr>
      </w:pPr>
      <w:r>
        <w:rPr>
          <w:rFonts w:eastAsia="微軟正黑體"/>
          <w:b/>
          <w:color w:val="1B365D"/>
          <w:sz w:val="32"/>
          <w:lang w:eastAsia="zh-TW"/>
        </w:rPr>
        <w:t>龍谷觀光事業股份有限公司（龍谷大飯店）</w:t>
      </w:r>
      <w:r>
        <w:rPr>
          <w:rFonts w:eastAsia="微軟正黑體"/>
          <w:b/>
          <w:color w:val="1B365D"/>
          <w:sz w:val="32"/>
          <w:lang w:eastAsia="zh-TW"/>
        </w:rPr>
        <w:br/>
      </w:r>
      <w:r>
        <w:rPr>
          <w:rFonts w:eastAsia="微軟正黑體"/>
          <w:b/>
          <w:color w:val="8B3A2B"/>
          <w:sz w:val="36"/>
          <w:lang w:eastAsia="zh-TW"/>
        </w:rPr>
        <w:t>營業調整暨票券退費辦理公告</w:t>
      </w:r>
    </w:p>
    <w:p w14:paraId="007D5611" w14:textId="3F164564" w:rsidR="00E808E9" w:rsidRDefault="00A90C8E">
      <w:pPr>
        <w:keepNext/>
        <w:rPr>
          <w:lang w:eastAsia="zh-TW"/>
        </w:rPr>
      </w:pPr>
      <w:r>
        <w:rPr>
          <w:rFonts w:eastAsia="微軟正黑體"/>
          <w:color w:val="64748B"/>
          <w:sz w:val="19"/>
          <w:lang w:eastAsia="zh-TW"/>
        </w:rPr>
        <w:t>公告文號：龍谷總字第</w:t>
      </w:r>
      <w:r>
        <w:rPr>
          <w:rFonts w:eastAsia="微軟正黑體"/>
          <w:color w:val="64748B"/>
          <w:sz w:val="19"/>
          <w:lang w:eastAsia="zh-TW"/>
        </w:rPr>
        <w:t xml:space="preserve"> 1151</w:t>
      </w:r>
      <w:r w:rsidR="00C35EE2">
        <w:rPr>
          <w:rFonts w:eastAsia="微軟正黑體" w:hint="eastAsia"/>
          <w:color w:val="64748B"/>
          <w:sz w:val="19"/>
          <w:lang w:eastAsia="zh-TW"/>
        </w:rPr>
        <w:t>10401</w:t>
      </w:r>
      <w:r>
        <w:rPr>
          <w:rFonts w:eastAsia="微軟正黑體"/>
          <w:color w:val="64748B"/>
          <w:sz w:val="19"/>
          <w:lang w:eastAsia="zh-TW"/>
        </w:rPr>
        <w:t xml:space="preserve"> </w:t>
      </w:r>
      <w:r>
        <w:rPr>
          <w:rFonts w:eastAsia="微軟正黑體"/>
          <w:color w:val="64748B"/>
          <w:sz w:val="19"/>
          <w:lang w:eastAsia="zh-TW"/>
        </w:rPr>
        <w:t>號　　　　　　　　　　　　　　　　發布日期：中華民國</w:t>
      </w:r>
      <w:r>
        <w:rPr>
          <w:rFonts w:eastAsia="微軟正黑體"/>
          <w:color w:val="64748B"/>
          <w:sz w:val="19"/>
          <w:lang w:eastAsia="zh-TW"/>
        </w:rPr>
        <w:t xml:space="preserve"> 115 </w:t>
      </w:r>
      <w:r>
        <w:rPr>
          <w:rFonts w:eastAsia="微軟正黑體"/>
          <w:color w:val="64748B"/>
          <w:sz w:val="19"/>
          <w:lang w:eastAsia="zh-TW"/>
        </w:rPr>
        <w:t>年</w:t>
      </w:r>
      <w:r>
        <w:rPr>
          <w:rFonts w:eastAsia="微軟正黑體"/>
          <w:color w:val="64748B"/>
          <w:sz w:val="19"/>
          <w:lang w:eastAsia="zh-TW"/>
        </w:rPr>
        <w:t xml:space="preserve"> </w:t>
      </w:r>
      <w:r w:rsidR="00913319">
        <w:rPr>
          <w:rFonts w:eastAsia="微軟正黑體" w:hint="eastAsia"/>
          <w:color w:val="64748B"/>
          <w:sz w:val="19"/>
          <w:lang w:eastAsia="zh-TW"/>
        </w:rPr>
        <w:t>11</w:t>
      </w:r>
      <w:r>
        <w:rPr>
          <w:rFonts w:eastAsia="微軟正黑體"/>
          <w:color w:val="64748B"/>
          <w:sz w:val="19"/>
          <w:lang w:eastAsia="zh-TW"/>
        </w:rPr>
        <w:t xml:space="preserve"> </w:t>
      </w:r>
      <w:r>
        <w:rPr>
          <w:rFonts w:eastAsia="微軟正黑體"/>
          <w:color w:val="64748B"/>
          <w:sz w:val="19"/>
          <w:lang w:eastAsia="zh-TW"/>
        </w:rPr>
        <w:t>月</w:t>
      </w:r>
      <w:r>
        <w:rPr>
          <w:rFonts w:eastAsia="微軟正黑體"/>
          <w:color w:val="64748B"/>
          <w:sz w:val="19"/>
          <w:lang w:eastAsia="zh-TW"/>
        </w:rPr>
        <w:t xml:space="preserve"> </w:t>
      </w:r>
      <w:r w:rsidR="00913319">
        <w:rPr>
          <w:rFonts w:eastAsia="微軟正黑體" w:hint="eastAsia"/>
          <w:color w:val="64748B"/>
          <w:sz w:val="19"/>
          <w:lang w:eastAsia="zh-TW"/>
        </w:rPr>
        <w:t>04</w:t>
      </w:r>
      <w:r>
        <w:rPr>
          <w:rFonts w:eastAsia="微軟正黑體"/>
          <w:color w:val="64748B"/>
          <w:sz w:val="19"/>
          <w:lang w:eastAsia="zh-TW"/>
        </w:rPr>
        <w:t xml:space="preserve"> </w:t>
      </w:r>
      <w:r>
        <w:rPr>
          <w:rFonts w:eastAsia="微軟正黑體"/>
          <w:color w:val="64748B"/>
          <w:sz w:val="19"/>
          <w:lang w:eastAsia="zh-TW"/>
        </w:rPr>
        <w:t>日</w:t>
      </w:r>
    </w:p>
    <w:tbl>
      <w:tblPr>
        <w:tblW w:w="0" w:type="auto"/>
        <w:jc w:val="center"/>
        <w:tblBorders>
          <w:top w:val="single" w:sz="8" w:space="0" w:color="8B3A2B"/>
          <w:left w:val="single" w:sz="8" w:space="0" w:color="8B3A2B"/>
          <w:bottom w:val="single" w:sz="8" w:space="0" w:color="8B3A2B"/>
          <w:right w:val="single" w:sz="8" w:space="0" w:color="8B3A2B"/>
          <w:insideH w:val="single" w:sz="8" w:space="0" w:color="8B3A2B"/>
          <w:insideV w:val="single" w:sz="8" w:space="0" w:color="8B3A2B"/>
        </w:tblBorders>
        <w:tblLook w:val="04A0" w:firstRow="1" w:lastRow="0" w:firstColumn="1" w:lastColumn="0" w:noHBand="0" w:noVBand="1"/>
      </w:tblPr>
      <w:tblGrid>
        <w:gridCol w:w="9360"/>
      </w:tblGrid>
      <w:tr w:rsidR="00E808E9" w14:paraId="4791659C" w14:textId="77777777">
        <w:trPr>
          <w:cantSplit/>
          <w:jc w:val="center"/>
        </w:trPr>
        <w:tc>
          <w:tcPr>
            <w:tcW w:w="9360" w:type="dxa"/>
            <w:shd w:val="clear" w:color="auto" w:fill="F8FAFC"/>
            <w:tcMar>
              <w:top w:w="140" w:type="dxa"/>
              <w:left w:w="180" w:type="dxa"/>
              <w:bottom w:w="140" w:type="dxa"/>
              <w:right w:w="180" w:type="dxa"/>
            </w:tcMar>
          </w:tcPr>
          <w:p w14:paraId="635B7B2D" w14:textId="77777777" w:rsidR="00E808E9" w:rsidRDefault="00A90C8E">
            <w:pPr>
              <w:spacing w:after="0" w:line="288" w:lineRule="auto"/>
              <w:rPr>
                <w:lang w:eastAsia="zh-TW"/>
              </w:rPr>
            </w:pPr>
            <w:r>
              <w:rPr>
                <w:rFonts w:eastAsia="微軟正黑體"/>
                <w:b/>
                <w:color w:val="1B365D"/>
                <w:lang w:eastAsia="zh-TW"/>
              </w:rPr>
              <w:t>親愛的貴賓與支持龍谷大飯店的朋友們：</w:t>
            </w:r>
            <w:r>
              <w:rPr>
                <w:rFonts w:eastAsia="微軟正黑體"/>
                <w:b/>
                <w:color w:val="1B365D"/>
                <w:lang w:eastAsia="zh-TW"/>
              </w:rPr>
              <w:br/>
            </w:r>
            <w:r>
              <w:rPr>
                <w:rFonts w:eastAsia="微軟正黑體"/>
                <w:lang w:eastAsia="zh-TW"/>
              </w:rPr>
              <w:t>感謝各位長久以來對龍谷觀光大飯店的肯定、溫暖陪伴與愛護。因受整體市場環境變更及飯店業務緊縮調整之影響，本飯店經審慎評估，將於</w:t>
            </w:r>
            <w:r>
              <w:rPr>
                <w:rFonts w:eastAsia="微軟正黑體"/>
                <w:lang w:eastAsia="zh-TW"/>
              </w:rPr>
              <w:t xml:space="preserve"> </w:t>
            </w:r>
            <w:r>
              <w:rPr>
                <w:rFonts w:eastAsia="微軟正黑體"/>
                <w:b/>
                <w:color w:val="8B3A2B"/>
                <w:lang w:eastAsia="zh-TW"/>
              </w:rPr>
              <w:t>民國</w:t>
            </w:r>
            <w:r>
              <w:rPr>
                <w:rFonts w:eastAsia="微軟正黑體"/>
                <w:b/>
                <w:color w:val="8B3A2B"/>
                <w:lang w:eastAsia="zh-TW"/>
              </w:rPr>
              <w:t xml:space="preserve"> 115 </w:t>
            </w:r>
            <w:r>
              <w:rPr>
                <w:rFonts w:eastAsia="微軟正黑體"/>
                <w:b/>
                <w:color w:val="8B3A2B"/>
                <w:lang w:eastAsia="zh-TW"/>
              </w:rPr>
              <w:t>年</w:t>
            </w:r>
            <w:r>
              <w:rPr>
                <w:rFonts w:eastAsia="微軟正黑體"/>
                <w:b/>
                <w:color w:val="8B3A2B"/>
                <w:lang w:eastAsia="zh-TW"/>
              </w:rPr>
              <w:t xml:space="preserve"> 11 </w:t>
            </w:r>
            <w:r>
              <w:rPr>
                <w:rFonts w:eastAsia="微軟正黑體"/>
                <w:b/>
                <w:color w:val="8B3A2B"/>
                <w:lang w:eastAsia="zh-TW"/>
              </w:rPr>
              <w:t>月</w:t>
            </w:r>
            <w:r>
              <w:rPr>
                <w:rFonts w:eastAsia="微軟正黑體"/>
                <w:b/>
                <w:color w:val="8B3A2B"/>
                <w:lang w:eastAsia="zh-TW"/>
              </w:rPr>
              <w:t xml:space="preserve"> 30 </w:t>
            </w:r>
            <w:r>
              <w:rPr>
                <w:rFonts w:eastAsia="微軟正黑體"/>
                <w:b/>
                <w:color w:val="8B3A2B"/>
                <w:lang w:eastAsia="zh-TW"/>
              </w:rPr>
              <w:t>日（含）起，停止提供大眾池／湯屋泡湯及客房住宿服務</w:t>
            </w:r>
            <w:r>
              <w:rPr>
                <w:rFonts w:eastAsia="微軟正黑體"/>
                <w:lang w:eastAsia="zh-TW"/>
              </w:rPr>
              <w:t>。為維護全體持券貴賓之消費權益，特此公告票券退費辦法與相關作業時程如下，敬請詳閱配合辦理。</w:t>
            </w:r>
          </w:p>
        </w:tc>
      </w:tr>
    </w:tbl>
    <w:p w14:paraId="2FF3E512" w14:textId="77777777" w:rsidR="00E808E9" w:rsidRDefault="00A90C8E">
      <w:pPr>
        <w:keepNext/>
        <w:spacing w:before="240" w:after="80"/>
        <w:rPr>
          <w:lang w:eastAsia="zh-TW"/>
        </w:rPr>
      </w:pPr>
      <w:r>
        <w:rPr>
          <w:rFonts w:eastAsia="微軟正黑體"/>
          <w:b/>
          <w:color w:val="1B365D"/>
          <w:sz w:val="26"/>
          <w:lang w:eastAsia="zh-TW"/>
        </w:rPr>
        <w:t>一、</w:t>
      </w:r>
      <w:r>
        <w:rPr>
          <w:rFonts w:eastAsia="微軟正黑體"/>
          <w:b/>
          <w:color w:val="1B365D"/>
          <w:sz w:val="26"/>
          <w:lang w:eastAsia="zh-TW"/>
        </w:rPr>
        <w:t xml:space="preserve"> </w:t>
      </w:r>
      <w:r>
        <w:rPr>
          <w:rFonts w:eastAsia="微軟正黑體"/>
          <w:b/>
          <w:color w:val="1B365D"/>
          <w:sz w:val="26"/>
          <w:lang w:eastAsia="zh-TW"/>
        </w:rPr>
        <w:t>票券退費受理對象與期限</w:t>
      </w:r>
    </w:p>
    <w:p w14:paraId="3AA79D62" w14:textId="1D5A2EBC" w:rsidR="00E808E9" w:rsidRDefault="00A90C8E">
      <w:pPr>
        <w:spacing w:after="60"/>
        <w:ind w:left="288"/>
        <w:rPr>
          <w:lang w:eastAsia="zh-TW"/>
        </w:rPr>
      </w:pPr>
      <w:r>
        <w:rPr>
          <w:rFonts w:eastAsia="微軟正黑體"/>
          <w:b/>
          <w:lang w:eastAsia="zh-TW"/>
        </w:rPr>
        <w:t xml:space="preserve">● </w:t>
      </w:r>
      <w:r>
        <w:rPr>
          <w:rFonts w:eastAsia="微軟正黑體"/>
          <w:b/>
          <w:lang w:eastAsia="zh-TW"/>
        </w:rPr>
        <w:t>適用對象：</w:t>
      </w:r>
      <w:r>
        <w:rPr>
          <w:rFonts w:eastAsia="微軟正黑體"/>
          <w:lang w:eastAsia="zh-TW"/>
        </w:rPr>
        <w:t>凡持有本飯店發行且尚未使用之有效</w:t>
      </w:r>
      <w:r>
        <w:rPr>
          <w:rFonts w:eastAsia="微軟正黑體"/>
          <w:b/>
          <w:color w:val="8B3A2B"/>
          <w:lang w:eastAsia="zh-TW"/>
        </w:rPr>
        <w:t>「泡湯券」</w:t>
      </w:r>
      <w:r>
        <w:rPr>
          <w:rFonts w:eastAsia="微軟正黑體"/>
          <w:lang w:eastAsia="zh-TW"/>
        </w:rPr>
        <w:t>或</w:t>
      </w:r>
      <w:r>
        <w:rPr>
          <w:rFonts w:eastAsia="微軟正黑體"/>
          <w:b/>
          <w:color w:val="8B3A2B"/>
          <w:lang w:eastAsia="zh-TW"/>
        </w:rPr>
        <w:t>「住宿券」</w:t>
      </w:r>
      <w:r>
        <w:rPr>
          <w:rFonts w:eastAsia="微軟正黑體"/>
          <w:lang w:eastAsia="zh-TW"/>
        </w:rPr>
        <w:t>之貴賓。</w:t>
      </w:r>
      <w:r>
        <w:rPr>
          <w:rFonts w:eastAsia="微軟正黑體"/>
          <w:b/>
          <w:color w:val="8B3A2B"/>
          <w:lang w:eastAsia="zh-TW"/>
        </w:rPr>
        <w:t>（</w:t>
      </w:r>
      <w:r>
        <w:rPr>
          <w:rFonts w:eastAsia="微軟正黑體"/>
          <w:b/>
          <w:color w:val="8B3A2B"/>
          <w:lang w:eastAsia="zh-TW"/>
        </w:rPr>
        <w:t xml:space="preserve">※ </w:t>
      </w:r>
      <w:r>
        <w:rPr>
          <w:rFonts w:eastAsia="微軟正黑體"/>
          <w:b/>
          <w:color w:val="8B3A2B"/>
          <w:lang w:eastAsia="zh-TW"/>
        </w:rPr>
        <w:t>票券上如有註明為「招待券」</w:t>
      </w:r>
      <w:r w:rsidR="009E18FF" w:rsidRPr="00543151">
        <w:rPr>
          <w:rFonts w:eastAsia="微軟正黑體" w:hint="eastAsia"/>
          <w:b/>
          <w:color w:val="943634" w:themeColor="accent2" w:themeShade="BF"/>
          <w:lang w:eastAsia="zh-TW"/>
        </w:rPr>
        <w:t>者屬本公司無償贈與項目</w:t>
      </w:r>
      <w:r>
        <w:rPr>
          <w:rFonts w:eastAsia="微軟正黑體"/>
          <w:b/>
          <w:color w:val="8B3A2B"/>
          <w:lang w:eastAsia="zh-TW"/>
        </w:rPr>
        <w:t>，則無法退款）</w:t>
      </w:r>
    </w:p>
    <w:p w14:paraId="4B4D9B22" w14:textId="77777777" w:rsidR="00E808E9" w:rsidRDefault="00A90C8E">
      <w:pPr>
        <w:spacing w:after="160"/>
        <w:ind w:left="288"/>
        <w:rPr>
          <w:lang w:eastAsia="zh-TW"/>
        </w:rPr>
      </w:pPr>
      <w:r>
        <w:rPr>
          <w:rFonts w:eastAsia="微軟正黑體"/>
          <w:b/>
          <w:lang w:eastAsia="zh-TW"/>
        </w:rPr>
        <w:t xml:space="preserve">● </w:t>
      </w:r>
      <w:r>
        <w:rPr>
          <w:rFonts w:eastAsia="微軟正黑體"/>
          <w:b/>
          <w:lang w:eastAsia="zh-TW"/>
        </w:rPr>
        <w:t>受理期間：</w:t>
      </w:r>
      <w:r>
        <w:rPr>
          <w:rFonts w:eastAsia="微軟正黑體"/>
          <w:b/>
          <w:color w:val="8B3A2B"/>
          <w:lang w:eastAsia="zh-TW"/>
        </w:rPr>
        <w:t>第一階段退票作業時間自即日起至</w:t>
      </w:r>
      <w:r>
        <w:rPr>
          <w:rFonts w:eastAsia="微軟正黑體"/>
          <w:b/>
          <w:color w:val="8B3A2B"/>
          <w:lang w:eastAsia="zh-TW"/>
        </w:rPr>
        <w:t xml:space="preserve"> 2026/12/10</w:t>
      </w:r>
      <w:r>
        <w:rPr>
          <w:rFonts w:eastAsia="微軟正黑體"/>
          <w:b/>
          <w:color w:val="8B3A2B"/>
          <w:lang w:eastAsia="zh-TW"/>
        </w:rPr>
        <w:t>（民國</w:t>
      </w:r>
      <w:r>
        <w:rPr>
          <w:rFonts w:eastAsia="微軟正黑體"/>
          <w:b/>
          <w:color w:val="8B3A2B"/>
          <w:lang w:eastAsia="zh-TW"/>
        </w:rPr>
        <w:t xml:space="preserve"> 115 </w:t>
      </w:r>
      <w:r>
        <w:rPr>
          <w:rFonts w:eastAsia="微軟正黑體"/>
          <w:b/>
          <w:color w:val="8B3A2B"/>
          <w:lang w:eastAsia="zh-TW"/>
        </w:rPr>
        <w:t>年</w:t>
      </w:r>
      <w:r>
        <w:rPr>
          <w:rFonts w:eastAsia="微軟正黑體"/>
          <w:b/>
          <w:color w:val="8B3A2B"/>
          <w:lang w:eastAsia="zh-TW"/>
        </w:rPr>
        <w:t xml:space="preserve"> 12 </w:t>
      </w:r>
      <w:r>
        <w:rPr>
          <w:rFonts w:eastAsia="微軟正黑體"/>
          <w:b/>
          <w:color w:val="8B3A2B"/>
          <w:lang w:eastAsia="zh-TW"/>
        </w:rPr>
        <w:t>月</w:t>
      </w:r>
      <w:r>
        <w:rPr>
          <w:rFonts w:eastAsia="微軟正黑體"/>
          <w:b/>
          <w:color w:val="8B3A2B"/>
          <w:lang w:eastAsia="zh-TW"/>
        </w:rPr>
        <w:t xml:space="preserve"> 10 </w:t>
      </w:r>
      <w:r>
        <w:rPr>
          <w:rFonts w:eastAsia="微軟正黑體"/>
          <w:b/>
          <w:color w:val="8B3A2B"/>
          <w:lang w:eastAsia="zh-TW"/>
        </w:rPr>
        <w:t>日）截止</w:t>
      </w:r>
      <w:r>
        <w:rPr>
          <w:rFonts w:eastAsia="微軟正黑體"/>
          <w:lang w:eastAsia="zh-TW"/>
        </w:rPr>
        <w:t>（現場辦理至當日</w:t>
      </w:r>
      <w:r>
        <w:rPr>
          <w:rFonts w:eastAsia="微軟正黑體"/>
          <w:lang w:eastAsia="zh-TW"/>
        </w:rPr>
        <w:t xml:space="preserve"> 17:00 </w:t>
      </w:r>
      <w:r>
        <w:rPr>
          <w:rFonts w:eastAsia="微軟正黑體"/>
          <w:lang w:eastAsia="zh-TW"/>
        </w:rPr>
        <w:t>止；掛號郵寄以郵戳為憑）。</w:t>
      </w:r>
      <w:r>
        <w:rPr>
          <w:rFonts w:eastAsia="微軟正黑體"/>
          <w:b/>
          <w:color w:val="8B3A2B"/>
          <w:lang w:eastAsia="zh-TW"/>
        </w:rPr>
        <w:t>如逾期請待第二階段退票時間公告。</w:t>
      </w:r>
    </w:p>
    <w:p w14:paraId="7B453BB8" w14:textId="77777777" w:rsidR="00E808E9" w:rsidRDefault="00A90C8E">
      <w:pPr>
        <w:keepNext/>
        <w:spacing w:before="200" w:after="80"/>
        <w:rPr>
          <w:lang w:eastAsia="zh-TW"/>
        </w:rPr>
      </w:pPr>
      <w:r>
        <w:rPr>
          <w:rFonts w:eastAsia="微軟正黑體"/>
          <w:b/>
          <w:color w:val="1B365D"/>
          <w:sz w:val="26"/>
          <w:lang w:eastAsia="zh-TW"/>
        </w:rPr>
        <w:t>二、</w:t>
      </w:r>
      <w:r>
        <w:rPr>
          <w:rFonts w:eastAsia="微軟正黑體"/>
          <w:b/>
          <w:color w:val="1B365D"/>
          <w:sz w:val="26"/>
          <w:lang w:eastAsia="zh-TW"/>
        </w:rPr>
        <w:t xml:space="preserve"> </w:t>
      </w:r>
      <w:r>
        <w:rPr>
          <w:rFonts w:eastAsia="微軟正黑體"/>
          <w:b/>
          <w:color w:val="1B365D"/>
          <w:sz w:val="26"/>
          <w:lang w:eastAsia="zh-TW"/>
        </w:rPr>
        <w:t>退券辦理方式說明</w:t>
      </w:r>
    </w:p>
    <w:tbl>
      <w:tblPr>
        <w:tblW w:w="0" w:type="auto"/>
        <w:jc w:val="center"/>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ook w:val="04A0" w:firstRow="1" w:lastRow="0" w:firstColumn="1" w:lastColumn="0" w:noHBand="0" w:noVBand="1"/>
      </w:tblPr>
      <w:tblGrid>
        <w:gridCol w:w="4608"/>
        <w:gridCol w:w="4752"/>
        <w:gridCol w:w="20"/>
      </w:tblGrid>
      <w:tr w:rsidR="00E808E9" w14:paraId="7018CAA0" w14:textId="77777777">
        <w:trPr>
          <w:cantSplit/>
          <w:jc w:val="center"/>
        </w:trPr>
        <w:tc>
          <w:tcPr>
            <w:tcW w:w="4608" w:type="dxa"/>
            <w:shd w:val="clear" w:color="auto" w:fill="F8FAFC"/>
            <w:tcMar>
              <w:top w:w="120" w:type="dxa"/>
              <w:left w:w="140" w:type="dxa"/>
              <w:bottom w:w="120" w:type="dxa"/>
              <w:right w:w="140" w:type="dxa"/>
            </w:tcMar>
          </w:tcPr>
          <w:p w14:paraId="201D4241" w14:textId="77777777" w:rsidR="00543151" w:rsidRDefault="00A90C8E" w:rsidP="003C158C">
            <w:pPr>
              <w:spacing w:after="80"/>
              <w:rPr>
                <w:rFonts w:eastAsia="微軟正黑體"/>
                <w:sz w:val="20"/>
                <w:lang w:eastAsia="zh-TW"/>
              </w:rPr>
            </w:pPr>
            <w:r>
              <w:rPr>
                <w:rFonts w:eastAsia="微軟正黑體"/>
                <w:b/>
                <w:color w:val="2A4D7E"/>
                <w:lang w:eastAsia="zh-TW"/>
              </w:rPr>
              <w:t>【方式一：親臨飯店櫃檯辦理】</w:t>
            </w:r>
            <w:r>
              <w:rPr>
                <w:rFonts w:eastAsia="微軟正黑體"/>
                <w:b/>
                <w:color w:val="2A4D7E"/>
                <w:lang w:eastAsia="zh-TW"/>
              </w:rPr>
              <w:br/>
            </w:r>
            <w:r>
              <w:rPr>
                <w:rFonts w:eastAsia="微軟正黑體"/>
                <w:sz w:val="20"/>
                <w:lang w:eastAsia="zh-TW"/>
              </w:rPr>
              <w:t xml:space="preserve">1. </w:t>
            </w:r>
            <w:r>
              <w:rPr>
                <w:rFonts w:eastAsia="微軟正黑體"/>
                <w:sz w:val="20"/>
                <w:lang w:eastAsia="zh-TW"/>
              </w:rPr>
              <w:t>辦理地點：龍谷大飯店</w:t>
            </w:r>
            <w:r>
              <w:rPr>
                <w:rFonts w:eastAsia="微軟正黑體"/>
                <w:sz w:val="20"/>
                <w:lang w:eastAsia="zh-TW"/>
              </w:rPr>
              <w:t xml:space="preserve"> </w:t>
            </w:r>
            <w:r>
              <w:rPr>
                <w:rFonts w:eastAsia="微軟正黑體"/>
                <w:sz w:val="20"/>
                <w:lang w:eastAsia="zh-TW"/>
              </w:rPr>
              <w:t>櫃檯／財務組</w:t>
            </w:r>
            <w:r>
              <w:rPr>
                <w:rFonts w:eastAsia="微軟正黑體"/>
                <w:sz w:val="20"/>
                <w:lang w:eastAsia="zh-TW"/>
              </w:rPr>
              <w:br/>
              <w:t xml:space="preserve">2. </w:t>
            </w:r>
            <w:r>
              <w:rPr>
                <w:rFonts w:eastAsia="微軟正黑體"/>
                <w:sz w:val="20"/>
                <w:lang w:eastAsia="zh-TW"/>
              </w:rPr>
              <w:t>服務時間：每日</w:t>
            </w:r>
            <w:r>
              <w:rPr>
                <w:rFonts w:eastAsia="微軟正黑體"/>
                <w:sz w:val="20"/>
                <w:lang w:eastAsia="zh-TW"/>
              </w:rPr>
              <w:t xml:space="preserve"> 09:00 </w:t>
            </w:r>
            <w:r>
              <w:rPr>
                <w:rFonts w:eastAsia="微軟正黑體"/>
                <w:sz w:val="20"/>
                <w:lang w:eastAsia="zh-TW"/>
              </w:rPr>
              <w:t>～</w:t>
            </w:r>
            <w:r>
              <w:rPr>
                <w:rFonts w:eastAsia="微軟正黑體"/>
                <w:sz w:val="20"/>
                <w:lang w:eastAsia="zh-TW"/>
              </w:rPr>
              <w:t xml:space="preserve"> 17:00</w:t>
            </w:r>
            <w:r>
              <w:rPr>
                <w:rFonts w:eastAsia="微軟正黑體"/>
                <w:sz w:val="20"/>
                <w:lang w:eastAsia="zh-TW"/>
              </w:rPr>
              <w:br/>
              <w:t xml:space="preserve">3. </w:t>
            </w:r>
            <w:r>
              <w:rPr>
                <w:rFonts w:eastAsia="微軟正黑體"/>
                <w:sz w:val="20"/>
                <w:lang w:eastAsia="zh-TW"/>
              </w:rPr>
              <w:t>應備文件：</w:t>
            </w:r>
            <w:r>
              <w:rPr>
                <w:rFonts w:eastAsia="微軟正黑體"/>
                <w:sz w:val="20"/>
                <w:lang w:eastAsia="zh-TW"/>
              </w:rPr>
              <w:br/>
              <w:t xml:space="preserve">   ① </w:t>
            </w:r>
            <w:r>
              <w:rPr>
                <w:rFonts w:eastAsia="微軟正黑體"/>
                <w:sz w:val="20"/>
                <w:lang w:eastAsia="zh-TW"/>
              </w:rPr>
              <w:t>實體票券正本（非招待券）</w:t>
            </w:r>
            <w:r>
              <w:rPr>
                <w:rFonts w:eastAsia="微軟正黑體"/>
                <w:sz w:val="20"/>
                <w:lang w:eastAsia="zh-TW"/>
              </w:rPr>
              <w:br/>
              <w:t xml:space="preserve">   ② </w:t>
            </w:r>
            <w:r w:rsidRPr="00820C58">
              <w:rPr>
                <w:rFonts w:eastAsia="微軟正黑體"/>
                <w:color w:val="auto"/>
                <w:sz w:val="20"/>
                <w:lang w:eastAsia="zh-TW"/>
              </w:rPr>
              <w:t>退券人身分證件（現場核驗正本）</w:t>
            </w:r>
            <w:r w:rsidRPr="00820C58">
              <w:rPr>
                <w:rFonts w:ascii="微軟正黑體" w:eastAsia="微軟正黑體" w:hAnsi="微軟正黑體"/>
                <w:sz w:val="20"/>
                <w:lang w:eastAsia="zh-TW"/>
              </w:rPr>
              <w:br/>
            </w:r>
            <w:r>
              <w:rPr>
                <w:rFonts w:eastAsia="微軟正黑體"/>
                <w:sz w:val="20"/>
                <w:lang w:eastAsia="zh-TW"/>
              </w:rPr>
              <w:t xml:space="preserve">   ③ </w:t>
            </w:r>
            <w:r>
              <w:rPr>
                <w:rFonts w:eastAsia="微軟正黑體"/>
                <w:sz w:val="20"/>
                <w:lang w:eastAsia="zh-TW"/>
              </w:rPr>
              <w:t>退款帳戶存摺封面影本</w:t>
            </w:r>
          </w:p>
          <w:p w14:paraId="2A10EFEA" w14:textId="05EAE9F0" w:rsidR="00957A2C" w:rsidRDefault="003C158C" w:rsidP="003C158C">
            <w:pPr>
              <w:spacing w:after="80"/>
              <w:rPr>
                <w:lang w:eastAsia="zh-TW"/>
              </w:rPr>
            </w:pPr>
            <w:r>
              <w:rPr>
                <w:rFonts w:eastAsia="微軟正黑體" w:hint="eastAsia"/>
                <w:color w:val="FF0000"/>
                <w:sz w:val="16"/>
                <w:szCs w:val="20"/>
                <w:lang w:eastAsia="zh-TW"/>
              </w:rPr>
              <w:t xml:space="preserve"> </w:t>
            </w:r>
            <w:r w:rsidRPr="00543151">
              <w:rPr>
                <w:rFonts w:eastAsia="微軟正黑體" w:hint="eastAsia"/>
                <w:color w:val="0F243E" w:themeColor="text2" w:themeShade="80"/>
                <w:sz w:val="16"/>
                <w:szCs w:val="20"/>
                <w:lang w:eastAsia="zh-TW"/>
              </w:rPr>
              <w:t xml:space="preserve"> </w:t>
            </w:r>
            <w:r w:rsidRPr="00543151">
              <w:rPr>
                <w:rFonts w:eastAsia="微軟正黑體" w:hint="eastAsia"/>
                <w:color w:val="0F243E" w:themeColor="text2" w:themeShade="80"/>
                <w:sz w:val="20"/>
                <w:szCs w:val="20"/>
                <w:lang w:eastAsia="zh-TW"/>
              </w:rPr>
              <w:t xml:space="preserve"> </w:t>
            </w:r>
            <w:r w:rsidRPr="00543151">
              <w:rPr>
                <w:rFonts w:asciiTheme="majorHAnsi" w:eastAsia="微軟正黑體" w:hAnsiTheme="majorHAnsi" w:cstheme="majorHAnsi"/>
                <w:color w:val="0F243E" w:themeColor="text2" w:themeShade="80"/>
                <w:sz w:val="20"/>
                <w:szCs w:val="20"/>
                <w:lang w:eastAsia="zh-TW"/>
              </w:rPr>
              <w:t>④</w:t>
            </w:r>
            <w:r w:rsidRPr="00543151">
              <w:rPr>
                <w:rFonts w:ascii="微軟正黑體" w:eastAsia="微軟正黑體" w:hAnsi="微軟正黑體" w:hint="eastAsia"/>
                <w:color w:val="0F243E" w:themeColor="text2" w:themeShade="80"/>
                <w:sz w:val="20"/>
                <w:szCs w:val="20"/>
                <w:lang w:eastAsia="zh-TW"/>
              </w:rPr>
              <w:t xml:space="preserve"> </w:t>
            </w:r>
            <w:r w:rsidR="00957A2C" w:rsidRPr="00543151">
              <w:rPr>
                <w:rFonts w:eastAsia="微軟正黑體" w:hint="eastAsia"/>
                <w:color w:val="0F243E" w:themeColor="text2" w:themeShade="80"/>
                <w:sz w:val="20"/>
                <w:szCs w:val="20"/>
                <w:lang w:eastAsia="zh-TW"/>
              </w:rPr>
              <w:t>填寫個人資料使用同意書</w:t>
            </w:r>
          </w:p>
        </w:tc>
        <w:tc>
          <w:tcPr>
            <w:tcW w:w="4752" w:type="dxa"/>
            <w:gridSpan w:val="2"/>
            <w:shd w:val="clear" w:color="auto" w:fill="F8FAFC"/>
            <w:tcMar>
              <w:top w:w="120" w:type="dxa"/>
              <w:left w:w="140" w:type="dxa"/>
              <w:bottom w:w="120" w:type="dxa"/>
              <w:right w:w="140" w:type="dxa"/>
            </w:tcMar>
          </w:tcPr>
          <w:p w14:paraId="66D0B767" w14:textId="2B8C8D02" w:rsidR="00957A2C" w:rsidRPr="003C158C" w:rsidRDefault="00A90C8E">
            <w:pPr>
              <w:spacing w:after="80"/>
              <w:rPr>
                <w:rFonts w:ascii="微軟正黑體" w:eastAsia="微軟正黑體" w:hAnsi="微軟正黑體"/>
                <w:sz w:val="20"/>
                <w:lang w:eastAsia="zh-TW"/>
              </w:rPr>
            </w:pPr>
            <w:r w:rsidRPr="003C158C">
              <w:rPr>
                <w:rFonts w:ascii="微軟正黑體" w:eastAsia="微軟正黑體" w:hAnsi="微軟正黑體"/>
                <w:b/>
                <w:color w:val="2A4D7E"/>
                <w:lang w:eastAsia="zh-TW"/>
              </w:rPr>
              <w:t>【方式二：掛號郵寄辦理】</w:t>
            </w:r>
            <w:r w:rsidRPr="003C158C">
              <w:rPr>
                <w:rFonts w:ascii="微軟正黑體" w:eastAsia="微軟正黑體" w:hAnsi="微軟正黑體"/>
                <w:b/>
                <w:color w:val="2A4D7E"/>
                <w:lang w:eastAsia="zh-TW"/>
              </w:rPr>
              <w:br/>
            </w:r>
            <w:r w:rsidRPr="003C158C">
              <w:rPr>
                <w:rFonts w:ascii="微軟正黑體" w:eastAsia="微軟正黑體" w:hAnsi="微軟正黑體"/>
                <w:sz w:val="20"/>
                <w:lang w:eastAsia="zh-TW"/>
              </w:rPr>
              <w:t>1. 適用對象：不便親臨現場之外縣市顧客</w:t>
            </w:r>
            <w:r w:rsidRPr="003C158C">
              <w:rPr>
                <w:rFonts w:ascii="微軟正黑體" w:eastAsia="微軟正黑體" w:hAnsi="微軟正黑體"/>
                <w:sz w:val="20"/>
                <w:lang w:eastAsia="zh-TW"/>
              </w:rPr>
              <w:br/>
              <w:t>2. 寄送方式：以「掛號郵件」寄出</w:t>
            </w:r>
            <w:r w:rsidRPr="003C158C">
              <w:rPr>
                <w:rFonts w:ascii="微軟正黑體" w:eastAsia="微軟正黑體" w:hAnsi="微軟正黑體"/>
                <w:sz w:val="20"/>
                <w:lang w:eastAsia="zh-TW"/>
              </w:rPr>
              <w:br/>
              <w:t>3. 應備檢附資料（</w:t>
            </w:r>
            <w:r w:rsidR="00AE0218" w:rsidRPr="00543151">
              <w:rPr>
                <w:rFonts w:ascii="微軟正黑體" w:eastAsia="微軟正黑體" w:hAnsi="微軟正黑體" w:hint="eastAsia"/>
                <w:color w:val="0F243E" w:themeColor="text2" w:themeShade="80"/>
                <w:sz w:val="20"/>
                <w:lang w:eastAsia="zh-TW"/>
              </w:rPr>
              <w:t>四</w:t>
            </w:r>
            <w:r w:rsidRPr="003C158C">
              <w:rPr>
                <w:rFonts w:ascii="微軟正黑體" w:eastAsia="微軟正黑體" w:hAnsi="微軟正黑體"/>
                <w:sz w:val="20"/>
                <w:lang w:eastAsia="zh-TW"/>
              </w:rPr>
              <w:t>者缺一不可）：</w:t>
            </w:r>
            <w:r w:rsidRPr="003C158C">
              <w:rPr>
                <w:rFonts w:ascii="微軟正黑體" w:eastAsia="微軟正黑體" w:hAnsi="微軟正黑體"/>
                <w:sz w:val="20"/>
                <w:lang w:eastAsia="zh-TW"/>
              </w:rPr>
              <w:br/>
              <w:t xml:space="preserve">   </w:t>
            </w:r>
            <w:r w:rsidRPr="003C158C">
              <w:rPr>
                <w:rFonts w:asciiTheme="majorHAnsi" w:eastAsia="微軟正黑體" w:hAnsiTheme="majorHAnsi" w:cstheme="majorHAnsi"/>
                <w:sz w:val="20"/>
                <w:lang w:eastAsia="zh-TW"/>
              </w:rPr>
              <w:t>①</w:t>
            </w:r>
            <w:r w:rsidRPr="003C158C">
              <w:rPr>
                <w:rFonts w:ascii="微軟正黑體" w:eastAsia="微軟正黑體" w:hAnsi="微軟正黑體"/>
                <w:sz w:val="20"/>
                <w:lang w:eastAsia="zh-TW"/>
              </w:rPr>
              <w:t xml:space="preserve"> 實體票券正本（非招待券）</w:t>
            </w:r>
            <w:r w:rsidRPr="003C158C">
              <w:rPr>
                <w:rFonts w:ascii="微軟正黑體" w:eastAsia="微軟正黑體" w:hAnsi="微軟正黑體"/>
                <w:sz w:val="20"/>
                <w:lang w:eastAsia="zh-TW"/>
              </w:rPr>
              <w:br/>
              <w:t xml:space="preserve">   </w:t>
            </w:r>
            <w:r w:rsidRPr="003C158C">
              <w:rPr>
                <w:rFonts w:asciiTheme="majorHAnsi" w:eastAsia="微軟正黑體" w:hAnsiTheme="majorHAnsi" w:cstheme="majorHAnsi"/>
                <w:sz w:val="20"/>
                <w:lang w:eastAsia="zh-TW"/>
              </w:rPr>
              <w:t>②</w:t>
            </w:r>
            <w:r w:rsidRPr="003C158C">
              <w:rPr>
                <w:rFonts w:ascii="微軟正黑體" w:eastAsia="微軟正黑體" w:hAnsi="微軟正黑體"/>
                <w:sz w:val="20"/>
                <w:lang w:eastAsia="zh-TW"/>
              </w:rPr>
              <w:t xml:space="preserve"> 退券申請表（請填寫本文件第 2 頁附表）</w:t>
            </w:r>
            <w:r w:rsidRPr="003C158C">
              <w:rPr>
                <w:rFonts w:ascii="微軟正黑體" w:eastAsia="微軟正黑體" w:hAnsi="微軟正黑體"/>
                <w:sz w:val="20"/>
                <w:lang w:eastAsia="zh-TW"/>
              </w:rPr>
              <w:br/>
              <w:t xml:space="preserve">   </w:t>
            </w:r>
            <w:r w:rsidRPr="003C158C">
              <w:rPr>
                <w:rFonts w:asciiTheme="majorHAnsi" w:eastAsia="微軟正黑體" w:hAnsiTheme="majorHAnsi" w:cstheme="majorHAnsi"/>
                <w:sz w:val="20"/>
                <w:lang w:eastAsia="zh-TW"/>
              </w:rPr>
              <w:t>③</w:t>
            </w:r>
            <w:r w:rsidR="003C158C">
              <w:rPr>
                <w:rFonts w:asciiTheme="majorHAnsi" w:eastAsia="微軟正黑體" w:hAnsiTheme="majorHAnsi" w:cstheme="majorHAnsi" w:hint="eastAsia"/>
                <w:sz w:val="20"/>
                <w:lang w:eastAsia="zh-TW"/>
              </w:rPr>
              <w:t xml:space="preserve"> </w:t>
            </w:r>
            <w:r w:rsidR="003C158C" w:rsidRPr="00543151">
              <w:rPr>
                <w:rFonts w:eastAsia="微軟正黑體"/>
                <w:color w:val="0F243E" w:themeColor="text2" w:themeShade="80"/>
                <w:sz w:val="20"/>
                <w:lang w:eastAsia="zh-TW"/>
              </w:rPr>
              <w:t>退款帳戶存摺封面影本</w:t>
            </w:r>
            <w:r w:rsidR="003C158C" w:rsidRPr="00543151">
              <w:rPr>
                <w:rFonts w:ascii="微軟正黑體" w:eastAsia="微軟正黑體" w:hAnsi="微軟正黑體"/>
                <w:color w:val="0F243E" w:themeColor="text2" w:themeShade="80"/>
                <w:sz w:val="20"/>
                <w:lang w:eastAsia="zh-TW"/>
              </w:rPr>
              <w:br/>
            </w:r>
            <w:r w:rsidR="003C158C" w:rsidRPr="00543151">
              <w:rPr>
                <w:rFonts w:ascii="微軟正黑體" w:eastAsia="微軟正黑體" w:hAnsi="微軟正黑體" w:hint="eastAsia"/>
                <w:color w:val="0F243E" w:themeColor="text2" w:themeShade="80"/>
                <w:sz w:val="20"/>
                <w:szCs w:val="20"/>
                <w:lang w:eastAsia="zh-TW"/>
              </w:rPr>
              <w:t xml:space="preserve">   </w:t>
            </w:r>
            <w:r w:rsidR="003C158C" w:rsidRPr="00543151">
              <w:rPr>
                <w:rFonts w:asciiTheme="majorHAnsi" w:eastAsia="微軟正黑體" w:hAnsiTheme="majorHAnsi" w:cstheme="majorHAnsi"/>
                <w:color w:val="0F243E" w:themeColor="text2" w:themeShade="80"/>
                <w:sz w:val="20"/>
                <w:szCs w:val="20"/>
                <w:lang w:eastAsia="zh-TW"/>
              </w:rPr>
              <w:t>④</w:t>
            </w:r>
            <w:r w:rsidR="003C158C" w:rsidRPr="00543151">
              <w:rPr>
                <w:rFonts w:ascii="微軟正黑體" w:eastAsia="微軟正黑體" w:hAnsi="微軟正黑體" w:hint="eastAsia"/>
                <w:color w:val="0F243E" w:themeColor="text2" w:themeShade="80"/>
                <w:sz w:val="20"/>
                <w:szCs w:val="20"/>
                <w:lang w:eastAsia="zh-TW"/>
              </w:rPr>
              <w:t xml:space="preserve"> </w:t>
            </w:r>
            <w:r w:rsidR="00957A2C" w:rsidRPr="00543151">
              <w:rPr>
                <w:rFonts w:ascii="微軟正黑體" w:eastAsia="微軟正黑體" w:hAnsi="微軟正黑體" w:hint="eastAsia"/>
                <w:color w:val="0F243E" w:themeColor="text2" w:themeShade="80"/>
                <w:sz w:val="20"/>
                <w:szCs w:val="20"/>
                <w:lang w:eastAsia="zh-TW"/>
              </w:rPr>
              <w:t>個人資料使用同意書</w:t>
            </w:r>
          </w:p>
        </w:tc>
      </w:tr>
      <w:tr w:rsidR="00E808E9" w14:paraId="76CA8779" w14:textId="77777777">
        <w:tblPrEx>
          <w:tblBorders>
            <w:top w:val="single" w:sz="6" w:space="0" w:color="1B365D"/>
            <w:left w:val="single" w:sz="6" w:space="0" w:color="1B365D"/>
            <w:bottom w:val="single" w:sz="6" w:space="0" w:color="1B365D"/>
            <w:right w:val="single" w:sz="6" w:space="0" w:color="1B365D"/>
            <w:insideH w:val="single" w:sz="6" w:space="0" w:color="1B365D"/>
            <w:insideV w:val="single" w:sz="6" w:space="0" w:color="1B365D"/>
          </w:tblBorders>
        </w:tblPrEx>
        <w:trPr>
          <w:gridAfter w:val="1"/>
          <w:wAfter w:w="20" w:type="dxa"/>
          <w:cantSplit/>
          <w:jc w:val="center"/>
        </w:trPr>
        <w:tc>
          <w:tcPr>
            <w:tcW w:w="9360" w:type="dxa"/>
            <w:gridSpan w:val="2"/>
            <w:shd w:val="clear" w:color="auto" w:fill="F1F5F9"/>
            <w:tcMar>
              <w:top w:w="100" w:type="dxa"/>
              <w:left w:w="160" w:type="dxa"/>
              <w:bottom w:w="100" w:type="dxa"/>
              <w:right w:w="160" w:type="dxa"/>
            </w:tcMar>
          </w:tcPr>
          <w:p w14:paraId="02223EA9" w14:textId="77777777" w:rsidR="00E808E9" w:rsidRDefault="00A90C8E">
            <w:pPr>
              <w:spacing w:after="0"/>
              <w:rPr>
                <w:lang w:eastAsia="zh-TW"/>
              </w:rPr>
            </w:pPr>
            <w:r>
              <w:rPr>
                <w:rFonts w:eastAsia="微軟正黑體"/>
                <w:b/>
                <w:color w:val="1B365D"/>
                <w:sz w:val="21"/>
                <w:lang w:eastAsia="zh-TW"/>
              </w:rPr>
              <w:t xml:space="preserve">● </w:t>
            </w:r>
            <w:r>
              <w:rPr>
                <w:rFonts w:eastAsia="微軟正黑體"/>
                <w:b/>
                <w:color w:val="1B365D"/>
                <w:sz w:val="21"/>
                <w:lang w:eastAsia="zh-TW"/>
              </w:rPr>
              <w:t>郵寄收件資訊：</w:t>
            </w:r>
            <w:r>
              <w:rPr>
                <w:rFonts w:eastAsia="微軟正黑體"/>
                <w:b/>
                <w:color w:val="1B365D"/>
                <w:sz w:val="21"/>
                <w:lang w:eastAsia="zh-TW"/>
              </w:rPr>
              <w:br/>
            </w:r>
            <w:r>
              <w:rPr>
                <w:rFonts w:eastAsia="微軟正黑體"/>
                <w:b/>
                <w:sz w:val="21"/>
                <w:lang w:eastAsia="zh-TW"/>
              </w:rPr>
              <w:t xml:space="preserve">   </w:t>
            </w:r>
            <w:r>
              <w:rPr>
                <w:rFonts w:eastAsia="微軟正黑體"/>
                <w:b/>
                <w:sz w:val="21"/>
                <w:lang w:eastAsia="zh-TW"/>
              </w:rPr>
              <w:t>收件地址：</w:t>
            </w:r>
            <w:r>
              <w:rPr>
                <w:rFonts w:eastAsia="微軟正黑體"/>
                <w:b/>
                <w:sz w:val="21"/>
                <w:lang w:eastAsia="zh-TW"/>
              </w:rPr>
              <w:t xml:space="preserve">424 </w:t>
            </w:r>
            <w:r>
              <w:rPr>
                <w:rFonts w:eastAsia="微軟正黑體"/>
                <w:b/>
                <w:sz w:val="21"/>
                <w:lang w:eastAsia="zh-TW"/>
              </w:rPr>
              <w:t>臺中市和平區東關路一段</w:t>
            </w:r>
            <w:r>
              <w:rPr>
                <w:rFonts w:eastAsia="微軟正黑體"/>
                <w:b/>
                <w:sz w:val="21"/>
                <w:lang w:eastAsia="zh-TW"/>
              </w:rPr>
              <w:t xml:space="preserve"> 138 </w:t>
            </w:r>
            <w:r>
              <w:rPr>
                <w:rFonts w:eastAsia="微軟正黑體"/>
                <w:b/>
                <w:sz w:val="21"/>
                <w:lang w:eastAsia="zh-TW"/>
              </w:rPr>
              <w:t>號</w:t>
            </w:r>
            <w:r>
              <w:rPr>
                <w:rFonts w:eastAsia="微軟正黑體"/>
                <w:b/>
                <w:sz w:val="21"/>
                <w:lang w:eastAsia="zh-TW"/>
              </w:rPr>
              <w:br/>
              <w:t xml:space="preserve">   </w:t>
            </w:r>
            <w:r>
              <w:rPr>
                <w:rFonts w:eastAsia="微軟正黑體"/>
                <w:b/>
                <w:sz w:val="21"/>
                <w:lang w:eastAsia="zh-TW"/>
              </w:rPr>
              <w:t>收件單位：龍谷觀光大飯店</w:t>
            </w:r>
            <w:r>
              <w:rPr>
                <w:rFonts w:eastAsia="微軟正黑體"/>
                <w:b/>
                <w:sz w:val="21"/>
                <w:lang w:eastAsia="zh-TW"/>
              </w:rPr>
              <w:t xml:space="preserve"> </w:t>
            </w:r>
            <w:r>
              <w:rPr>
                <w:rFonts w:eastAsia="微軟正黑體"/>
                <w:b/>
                <w:sz w:val="21"/>
                <w:lang w:eastAsia="zh-TW"/>
              </w:rPr>
              <w:t>財務組</w:t>
            </w:r>
            <w:r>
              <w:rPr>
                <w:rFonts w:eastAsia="微軟正黑體"/>
                <w:b/>
                <w:sz w:val="21"/>
                <w:lang w:eastAsia="zh-TW"/>
              </w:rPr>
              <w:t xml:space="preserve"> </w:t>
            </w:r>
            <w:r>
              <w:rPr>
                <w:rFonts w:eastAsia="微軟正黑體"/>
                <w:b/>
                <w:sz w:val="21"/>
                <w:lang w:eastAsia="zh-TW"/>
              </w:rPr>
              <w:t>收</w:t>
            </w:r>
            <w:r>
              <w:rPr>
                <w:rFonts w:eastAsia="微軟正黑體"/>
                <w:color w:val="64748B"/>
                <w:sz w:val="20"/>
                <w:lang w:eastAsia="zh-TW"/>
              </w:rPr>
              <w:t>（信封請特別註明「辦理票券退款」字樣）</w:t>
            </w:r>
          </w:p>
        </w:tc>
      </w:tr>
    </w:tbl>
    <w:p w14:paraId="52BC21FF" w14:textId="77777777" w:rsidR="00E808E9" w:rsidRDefault="00A90C8E">
      <w:pPr>
        <w:keepNext/>
        <w:spacing w:before="200" w:after="80"/>
        <w:rPr>
          <w:lang w:eastAsia="zh-TW"/>
        </w:rPr>
      </w:pPr>
      <w:r>
        <w:rPr>
          <w:rFonts w:eastAsia="微軟正黑體"/>
          <w:b/>
          <w:color w:val="1B365D"/>
          <w:sz w:val="26"/>
          <w:lang w:eastAsia="zh-TW"/>
        </w:rPr>
        <w:lastRenderedPageBreak/>
        <w:t>三、</w:t>
      </w:r>
      <w:r>
        <w:rPr>
          <w:rFonts w:eastAsia="微軟正黑體"/>
          <w:b/>
          <w:color w:val="1B365D"/>
          <w:sz w:val="26"/>
          <w:lang w:eastAsia="zh-TW"/>
        </w:rPr>
        <w:t xml:space="preserve"> </w:t>
      </w:r>
      <w:r>
        <w:rPr>
          <w:rFonts w:eastAsia="微軟正黑體"/>
          <w:b/>
          <w:color w:val="1B365D"/>
          <w:sz w:val="26"/>
          <w:lang w:eastAsia="zh-TW"/>
        </w:rPr>
        <w:t>退款作業及注意事項</w:t>
      </w:r>
    </w:p>
    <w:p w14:paraId="167119EB" w14:textId="483FDCB4" w:rsidR="00E808E9" w:rsidRPr="00543151" w:rsidRDefault="00A90C8E">
      <w:pPr>
        <w:spacing w:after="60"/>
        <w:ind w:left="288"/>
        <w:rPr>
          <w:color w:val="943634" w:themeColor="accent2" w:themeShade="BF"/>
          <w:lang w:eastAsia="zh-TW"/>
        </w:rPr>
      </w:pPr>
      <w:r>
        <w:rPr>
          <w:rFonts w:eastAsia="微軟正黑體"/>
          <w:b/>
          <w:lang w:eastAsia="zh-TW"/>
        </w:rPr>
        <w:t xml:space="preserve">1. </w:t>
      </w:r>
      <w:r>
        <w:rPr>
          <w:rFonts w:eastAsia="微軟正黑體"/>
          <w:b/>
          <w:lang w:eastAsia="zh-TW"/>
        </w:rPr>
        <w:t>票券退款限制：</w:t>
      </w:r>
      <w:r>
        <w:rPr>
          <w:rFonts w:eastAsia="微軟正黑體"/>
          <w:b/>
          <w:color w:val="8B3A2B"/>
          <w:lang w:eastAsia="zh-TW"/>
        </w:rPr>
        <w:t>票券上如有註明為「招待券」（包含公關贈券、活動招待券等），</w:t>
      </w:r>
      <w:r w:rsidR="009E18FF" w:rsidRPr="00543151">
        <w:rPr>
          <w:rFonts w:eastAsia="微軟正黑體" w:hint="eastAsia"/>
          <w:b/>
          <w:color w:val="943634" w:themeColor="accent2" w:themeShade="BF"/>
          <w:lang w:eastAsia="zh-TW"/>
        </w:rPr>
        <w:t>屬本公司無償贈與項目，</w:t>
      </w:r>
      <w:r w:rsidRPr="00543151">
        <w:rPr>
          <w:rFonts w:eastAsia="微軟正黑體"/>
          <w:b/>
          <w:color w:val="943634" w:themeColor="accent2" w:themeShade="BF"/>
          <w:lang w:eastAsia="zh-TW"/>
        </w:rPr>
        <w:t>恕無法受理退款。</w:t>
      </w:r>
    </w:p>
    <w:p w14:paraId="0BFBFD87" w14:textId="77777777" w:rsidR="00E808E9" w:rsidRDefault="00A90C8E">
      <w:pPr>
        <w:spacing w:after="60"/>
        <w:ind w:left="288"/>
        <w:rPr>
          <w:lang w:eastAsia="zh-TW"/>
        </w:rPr>
      </w:pPr>
      <w:r>
        <w:rPr>
          <w:rFonts w:eastAsia="微軟正黑體"/>
          <w:b/>
          <w:lang w:eastAsia="zh-TW"/>
        </w:rPr>
        <w:t xml:space="preserve">2. </w:t>
      </w:r>
      <w:r>
        <w:rPr>
          <w:rFonts w:eastAsia="微軟正黑體"/>
          <w:b/>
          <w:lang w:eastAsia="zh-TW"/>
        </w:rPr>
        <w:t>款項撥付：</w:t>
      </w:r>
      <w:r>
        <w:rPr>
          <w:rFonts w:eastAsia="微軟正黑體"/>
          <w:lang w:eastAsia="zh-TW"/>
        </w:rPr>
        <w:t>本公司財務組於收到實體票券與完整申請文件經查核無誤後，將統一辦理電匯撥款入退券人指定之金融帳戶（跨行匯款若產生手續費依相關規定辦理）。</w:t>
      </w:r>
    </w:p>
    <w:p w14:paraId="5D39DD83" w14:textId="77777777" w:rsidR="00E808E9" w:rsidRDefault="00A90C8E">
      <w:pPr>
        <w:spacing w:after="60"/>
        <w:ind w:left="288"/>
        <w:rPr>
          <w:lang w:eastAsia="zh-TW"/>
        </w:rPr>
      </w:pPr>
      <w:r>
        <w:rPr>
          <w:rFonts w:eastAsia="微軟正黑體"/>
          <w:b/>
          <w:lang w:eastAsia="zh-TW"/>
        </w:rPr>
        <w:t xml:space="preserve">3. </w:t>
      </w:r>
      <w:r>
        <w:rPr>
          <w:rFonts w:eastAsia="微軟正黑體"/>
          <w:b/>
          <w:lang w:eastAsia="zh-TW"/>
        </w:rPr>
        <w:t>郵寄安全：</w:t>
      </w:r>
      <w:r>
        <w:rPr>
          <w:rFonts w:eastAsia="微軟正黑體"/>
          <w:lang w:eastAsia="zh-TW"/>
        </w:rPr>
        <w:t>為避免票券於郵遞過程中遺失，強烈建議使用「掛號郵件」寄送並妥善留存郵件執據，以利追蹤查驗。</w:t>
      </w:r>
    </w:p>
    <w:p w14:paraId="0FF3D0A5" w14:textId="77777777" w:rsidR="00E808E9" w:rsidRDefault="00A90C8E">
      <w:pPr>
        <w:spacing w:after="60"/>
        <w:ind w:left="288"/>
        <w:rPr>
          <w:lang w:eastAsia="zh-TW"/>
        </w:rPr>
      </w:pPr>
      <w:r>
        <w:rPr>
          <w:rFonts w:eastAsia="微軟正黑體"/>
          <w:b/>
          <w:lang w:eastAsia="zh-TW"/>
        </w:rPr>
        <w:t xml:space="preserve">4. </w:t>
      </w:r>
      <w:r>
        <w:rPr>
          <w:rFonts w:eastAsia="微軟正黑體"/>
          <w:b/>
          <w:lang w:eastAsia="zh-TW"/>
        </w:rPr>
        <w:t>資料完整性：</w:t>
      </w:r>
      <w:r>
        <w:rPr>
          <w:rFonts w:eastAsia="微軟正黑體"/>
          <w:lang w:eastAsia="zh-TW"/>
        </w:rPr>
        <w:t>若檢附資料不全或帳號有誤，將由專人致電照會補正，申請表上請務必留下清晰且可隨時聯絡之行動電話。</w:t>
      </w:r>
    </w:p>
    <w:p w14:paraId="17980C8E" w14:textId="7412744C" w:rsidR="00E808E9" w:rsidRDefault="00A90C8E">
      <w:pPr>
        <w:spacing w:after="160"/>
        <w:ind w:left="288"/>
        <w:rPr>
          <w:rFonts w:eastAsia="微軟正黑體"/>
          <w:lang w:eastAsia="zh-TW"/>
        </w:rPr>
      </w:pPr>
      <w:r>
        <w:rPr>
          <w:rFonts w:eastAsia="微軟正黑體"/>
          <w:b/>
          <w:lang w:eastAsia="zh-TW"/>
        </w:rPr>
        <w:t xml:space="preserve">5. </w:t>
      </w:r>
      <w:r>
        <w:rPr>
          <w:rFonts w:eastAsia="微軟正黑體"/>
          <w:b/>
          <w:lang w:eastAsia="zh-TW"/>
        </w:rPr>
        <w:t>第二階段退票說明：</w:t>
      </w:r>
      <w:r>
        <w:rPr>
          <w:rFonts w:eastAsia="微軟正黑體"/>
          <w:lang w:eastAsia="zh-TW"/>
        </w:rPr>
        <w:t>未及於第一階段（</w:t>
      </w:r>
      <w:r>
        <w:rPr>
          <w:rFonts w:eastAsia="微軟正黑體"/>
          <w:lang w:eastAsia="zh-TW"/>
        </w:rPr>
        <w:t xml:space="preserve">2026/12/10 </w:t>
      </w:r>
      <w:r>
        <w:rPr>
          <w:rFonts w:eastAsia="微軟正黑體"/>
          <w:lang w:eastAsia="zh-TW"/>
        </w:rPr>
        <w:t>前）辦理退票之貴賓，相關後續辦理時程請靜候本飯店官網之第二階段退票公告。</w:t>
      </w:r>
    </w:p>
    <w:p w14:paraId="3F26696B" w14:textId="77777777" w:rsidR="00E808E9" w:rsidRDefault="00A90C8E">
      <w:pPr>
        <w:keepNext/>
        <w:spacing w:before="200" w:after="80"/>
        <w:rPr>
          <w:lang w:eastAsia="zh-TW"/>
        </w:rPr>
      </w:pPr>
      <w:r>
        <w:rPr>
          <w:rFonts w:eastAsia="微軟正黑體"/>
          <w:b/>
          <w:color w:val="1B365D"/>
          <w:sz w:val="26"/>
          <w:lang w:eastAsia="zh-TW"/>
        </w:rPr>
        <w:t>四、</w:t>
      </w:r>
      <w:r>
        <w:rPr>
          <w:rFonts w:eastAsia="微軟正黑體"/>
          <w:b/>
          <w:color w:val="1B365D"/>
          <w:sz w:val="26"/>
          <w:lang w:eastAsia="zh-TW"/>
        </w:rPr>
        <w:t xml:space="preserve"> </w:t>
      </w:r>
      <w:r>
        <w:rPr>
          <w:rFonts w:eastAsia="微軟正黑體"/>
          <w:b/>
          <w:color w:val="1B365D"/>
          <w:sz w:val="26"/>
          <w:lang w:eastAsia="zh-TW"/>
        </w:rPr>
        <w:t>服務諮詢管道</w:t>
      </w:r>
    </w:p>
    <w:p w14:paraId="3FA712CD" w14:textId="77777777" w:rsidR="00E808E9" w:rsidRDefault="00A90C8E">
      <w:pPr>
        <w:spacing w:after="280"/>
        <w:ind w:left="288"/>
        <w:rPr>
          <w:lang w:eastAsia="zh-TW"/>
        </w:rPr>
      </w:pPr>
      <w:r>
        <w:rPr>
          <w:rFonts w:eastAsia="微軟正黑體"/>
          <w:b/>
          <w:lang w:eastAsia="zh-TW"/>
        </w:rPr>
        <w:t xml:space="preserve">● </w:t>
      </w:r>
      <w:r>
        <w:rPr>
          <w:rFonts w:eastAsia="微軟正黑體"/>
          <w:b/>
          <w:lang w:eastAsia="zh-TW"/>
        </w:rPr>
        <w:t>諮詢專線：</w:t>
      </w:r>
      <w:r>
        <w:rPr>
          <w:rFonts w:eastAsia="微軟正黑體"/>
          <w:lang w:eastAsia="zh-TW"/>
        </w:rPr>
        <w:t>(04) 2595-1369</w:t>
      </w:r>
      <w:r>
        <w:rPr>
          <w:rFonts w:eastAsia="微軟正黑體"/>
          <w:lang w:eastAsia="zh-TW"/>
        </w:rPr>
        <w:t xml:space="preserve">　　</w:t>
      </w:r>
      <w:r>
        <w:rPr>
          <w:rFonts w:eastAsia="微軟正黑體"/>
          <w:b/>
          <w:lang w:eastAsia="zh-TW"/>
        </w:rPr>
        <w:t xml:space="preserve">● </w:t>
      </w:r>
      <w:r>
        <w:rPr>
          <w:rFonts w:eastAsia="微軟正黑體"/>
          <w:b/>
          <w:lang w:eastAsia="zh-TW"/>
        </w:rPr>
        <w:t>傳真電話：</w:t>
      </w:r>
      <w:r>
        <w:rPr>
          <w:rFonts w:eastAsia="微軟正黑體"/>
          <w:lang w:eastAsia="zh-TW"/>
        </w:rPr>
        <w:t>(04) 2595-1226</w:t>
      </w:r>
      <w:r>
        <w:rPr>
          <w:rFonts w:eastAsia="微軟正黑體"/>
          <w:lang w:eastAsia="zh-TW"/>
        </w:rPr>
        <w:br/>
      </w:r>
      <w:r>
        <w:rPr>
          <w:rFonts w:eastAsia="微軟正黑體"/>
          <w:b/>
          <w:lang w:eastAsia="zh-TW"/>
        </w:rPr>
        <w:t xml:space="preserve">● </w:t>
      </w:r>
      <w:r>
        <w:rPr>
          <w:rFonts w:eastAsia="微軟正黑體"/>
          <w:b/>
          <w:lang w:eastAsia="zh-TW"/>
        </w:rPr>
        <w:t>服務時間：</w:t>
      </w:r>
      <w:r>
        <w:rPr>
          <w:rFonts w:eastAsia="微軟正黑體"/>
          <w:lang w:eastAsia="zh-TW"/>
        </w:rPr>
        <w:t>每日</w:t>
      </w:r>
      <w:r>
        <w:rPr>
          <w:rFonts w:eastAsia="微軟正黑體"/>
          <w:lang w:eastAsia="zh-TW"/>
        </w:rPr>
        <w:t xml:space="preserve"> 09:00 </w:t>
      </w:r>
      <w:r>
        <w:rPr>
          <w:rFonts w:eastAsia="微軟正黑體"/>
          <w:lang w:eastAsia="zh-TW"/>
        </w:rPr>
        <w:t>～</w:t>
      </w:r>
      <w:r>
        <w:rPr>
          <w:rFonts w:eastAsia="微軟正黑體"/>
          <w:lang w:eastAsia="zh-TW"/>
        </w:rPr>
        <w:t xml:space="preserve"> 17:00</w:t>
      </w:r>
      <w:r>
        <w:rPr>
          <w:rFonts w:eastAsia="微軟正黑體"/>
          <w:lang w:eastAsia="zh-TW"/>
        </w:rPr>
        <w:br/>
      </w:r>
      <w:r>
        <w:rPr>
          <w:rFonts w:eastAsia="微軟正黑體"/>
          <w:b/>
          <w:lang w:eastAsia="zh-TW"/>
        </w:rPr>
        <w:t xml:space="preserve">● </w:t>
      </w:r>
      <w:r>
        <w:rPr>
          <w:rFonts w:eastAsia="微軟正黑體"/>
          <w:b/>
          <w:lang w:eastAsia="zh-TW"/>
        </w:rPr>
        <w:t>飯店地址：</w:t>
      </w:r>
      <w:r>
        <w:rPr>
          <w:rFonts w:eastAsia="微軟正黑體"/>
          <w:lang w:eastAsia="zh-TW"/>
        </w:rPr>
        <w:t xml:space="preserve">424 </w:t>
      </w:r>
      <w:r>
        <w:rPr>
          <w:rFonts w:eastAsia="微軟正黑體"/>
          <w:lang w:eastAsia="zh-TW"/>
        </w:rPr>
        <w:t>臺中市和平區東關路一段</w:t>
      </w:r>
      <w:r>
        <w:rPr>
          <w:rFonts w:eastAsia="微軟正黑體"/>
          <w:lang w:eastAsia="zh-TW"/>
        </w:rPr>
        <w:t xml:space="preserve"> 138 </w:t>
      </w:r>
      <w:r>
        <w:rPr>
          <w:rFonts w:eastAsia="微軟正黑體"/>
          <w:lang w:eastAsia="zh-TW"/>
        </w:rPr>
        <w:t>號</w:t>
      </w:r>
      <w:r>
        <w:rPr>
          <w:rFonts w:eastAsia="微軟正黑體"/>
          <w:lang w:eastAsia="zh-TW"/>
        </w:rPr>
        <w:br/>
      </w:r>
      <w:r>
        <w:rPr>
          <w:rFonts w:eastAsia="微軟正黑體"/>
          <w:b/>
          <w:lang w:eastAsia="zh-TW"/>
        </w:rPr>
        <w:t xml:space="preserve">● </w:t>
      </w:r>
      <w:r>
        <w:rPr>
          <w:rFonts w:eastAsia="微軟正黑體"/>
          <w:b/>
          <w:lang w:eastAsia="zh-TW"/>
        </w:rPr>
        <w:t>官方網站：</w:t>
      </w:r>
      <w:r>
        <w:rPr>
          <w:rFonts w:eastAsia="微軟正黑體"/>
          <w:lang w:eastAsia="zh-TW"/>
        </w:rPr>
        <w:t>https://www.dragonvalley.com.tw/tw</w:t>
      </w:r>
    </w:p>
    <w:p w14:paraId="07890FA7" w14:textId="421743CA" w:rsidR="00E808E9" w:rsidRDefault="00A90C8E">
      <w:pPr>
        <w:keepNext/>
        <w:spacing w:before="120" w:after="40"/>
        <w:jc w:val="right"/>
        <w:rPr>
          <w:lang w:eastAsia="zh-TW"/>
        </w:rPr>
      </w:pPr>
      <w:r>
        <w:rPr>
          <w:rFonts w:eastAsia="微軟正黑體"/>
          <w:b/>
          <w:color w:val="1B365D"/>
          <w:sz w:val="24"/>
          <w:lang w:eastAsia="zh-TW"/>
        </w:rPr>
        <w:t>龍谷觀光事業股份有限公司</w:t>
      </w:r>
      <w:r>
        <w:rPr>
          <w:rFonts w:eastAsia="微軟正黑體"/>
          <w:b/>
          <w:color w:val="1B365D"/>
          <w:sz w:val="24"/>
          <w:lang w:eastAsia="zh-TW"/>
        </w:rPr>
        <w:t xml:space="preserve"> </w:t>
      </w:r>
      <w:r>
        <w:rPr>
          <w:rFonts w:eastAsia="微軟正黑體"/>
          <w:b/>
          <w:color w:val="1B365D"/>
          <w:sz w:val="24"/>
          <w:lang w:eastAsia="zh-TW"/>
        </w:rPr>
        <w:t>敬啟</w:t>
      </w:r>
      <w:r>
        <w:rPr>
          <w:rFonts w:eastAsia="微軟正黑體"/>
          <w:b/>
          <w:color w:val="1B365D"/>
          <w:sz w:val="24"/>
          <w:lang w:eastAsia="zh-TW"/>
        </w:rPr>
        <w:br/>
      </w:r>
      <w:r>
        <w:rPr>
          <w:rFonts w:eastAsia="微軟正黑體"/>
          <w:b/>
          <w:lang w:eastAsia="zh-TW"/>
        </w:rPr>
        <w:t>中華民國</w:t>
      </w:r>
      <w:r>
        <w:rPr>
          <w:rFonts w:eastAsia="微軟正黑體"/>
          <w:b/>
          <w:lang w:eastAsia="zh-TW"/>
        </w:rPr>
        <w:t xml:space="preserve"> 115 </w:t>
      </w:r>
      <w:r>
        <w:rPr>
          <w:rFonts w:eastAsia="微軟正黑體"/>
          <w:b/>
          <w:lang w:eastAsia="zh-TW"/>
        </w:rPr>
        <w:t>年</w:t>
      </w:r>
      <w:r>
        <w:rPr>
          <w:rFonts w:eastAsia="微軟正黑體"/>
          <w:b/>
          <w:lang w:eastAsia="zh-TW"/>
        </w:rPr>
        <w:t xml:space="preserve"> 1</w:t>
      </w:r>
      <w:r w:rsidR="00543151">
        <w:rPr>
          <w:rFonts w:eastAsia="微軟正黑體" w:hint="eastAsia"/>
          <w:b/>
          <w:lang w:eastAsia="zh-TW"/>
        </w:rPr>
        <w:t>1</w:t>
      </w:r>
      <w:r>
        <w:rPr>
          <w:rFonts w:eastAsia="微軟正黑體"/>
          <w:b/>
          <w:lang w:eastAsia="zh-TW"/>
        </w:rPr>
        <w:t xml:space="preserve"> </w:t>
      </w:r>
      <w:r>
        <w:rPr>
          <w:rFonts w:eastAsia="微軟正黑體"/>
          <w:b/>
          <w:lang w:eastAsia="zh-TW"/>
        </w:rPr>
        <w:t>月</w:t>
      </w:r>
      <w:r>
        <w:rPr>
          <w:rFonts w:eastAsia="微軟正黑體"/>
          <w:b/>
          <w:lang w:eastAsia="zh-TW"/>
        </w:rPr>
        <w:t xml:space="preserve"> </w:t>
      </w:r>
      <w:r w:rsidR="00543151">
        <w:rPr>
          <w:rFonts w:eastAsia="微軟正黑體" w:hint="eastAsia"/>
          <w:b/>
          <w:lang w:eastAsia="zh-TW"/>
        </w:rPr>
        <w:t>04</w:t>
      </w:r>
      <w:r>
        <w:rPr>
          <w:rFonts w:eastAsia="微軟正黑體"/>
          <w:b/>
          <w:lang w:eastAsia="zh-TW"/>
        </w:rPr>
        <w:t xml:space="preserve"> </w:t>
      </w:r>
      <w:r>
        <w:rPr>
          <w:rFonts w:eastAsia="微軟正黑體"/>
          <w:b/>
          <w:lang w:eastAsia="zh-TW"/>
        </w:rPr>
        <w:t>日</w:t>
      </w:r>
    </w:p>
    <w:p w14:paraId="302A3097" w14:textId="77777777" w:rsidR="00E808E9" w:rsidRDefault="00A90C8E">
      <w:pPr>
        <w:rPr>
          <w:lang w:eastAsia="zh-TW"/>
        </w:rPr>
      </w:pPr>
      <w:r>
        <w:rPr>
          <w:lang w:eastAsia="zh-TW"/>
        </w:rPr>
        <w:br w:type="page"/>
      </w:r>
    </w:p>
    <w:p w14:paraId="5D96F02A" w14:textId="77777777" w:rsidR="00E808E9" w:rsidRPr="000A4ED7" w:rsidRDefault="00A90C8E" w:rsidP="000A4ED7">
      <w:pPr>
        <w:keepNext/>
        <w:spacing w:after="0"/>
        <w:jc w:val="center"/>
        <w:rPr>
          <w:sz w:val="18"/>
          <w:szCs w:val="18"/>
          <w:lang w:eastAsia="zh-TW"/>
        </w:rPr>
      </w:pPr>
      <w:r w:rsidRPr="000A4ED7">
        <w:rPr>
          <w:rFonts w:eastAsia="微軟正黑體"/>
          <w:b/>
          <w:color w:val="1B365D"/>
          <w:sz w:val="28"/>
          <w:szCs w:val="20"/>
          <w:lang w:eastAsia="zh-TW"/>
        </w:rPr>
        <w:lastRenderedPageBreak/>
        <w:t>龍谷觀光事業股份有限公司</w:t>
      </w:r>
      <w:r w:rsidRPr="000A4ED7">
        <w:rPr>
          <w:rFonts w:eastAsia="微軟正黑體"/>
          <w:b/>
          <w:color w:val="1B365D"/>
          <w:sz w:val="28"/>
          <w:szCs w:val="20"/>
          <w:lang w:eastAsia="zh-TW"/>
        </w:rPr>
        <w:br/>
      </w:r>
      <w:r w:rsidRPr="000A4ED7">
        <w:rPr>
          <w:rFonts w:eastAsia="微軟正黑體"/>
          <w:b/>
          <w:color w:val="1B365D"/>
          <w:sz w:val="28"/>
          <w:szCs w:val="18"/>
          <w:lang w:eastAsia="zh-TW"/>
        </w:rPr>
        <w:t>票券退款申請表（退券申請表）</w:t>
      </w:r>
    </w:p>
    <w:p w14:paraId="028856E6" w14:textId="77777777" w:rsidR="00E808E9" w:rsidRDefault="00A90C8E">
      <w:pPr>
        <w:keepNext/>
        <w:spacing w:after="120"/>
        <w:jc w:val="center"/>
        <w:rPr>
          <w:lang w:eastAsia="zh-TW"/>
        </w:rPr>
      </w:pPr>
      <w:r>
        <w:rPr>
          <w:rFonts w:eastAsia="微軟正黑體"/>
          <w:color w:val="8B3A2B"/>
          <w:sz w:val="18"/>
          <w:lang w:eastAsia="zh-TW"/>
        </w:rPr>
        <w:t xml:space="preserve">※ </w:t>
      </w:r>
      <w:r>
        <w:rPr>
          <w:rFonts w:eastAsia="微軟正黑體"/>
          <w:color w:val="8B3A2B"/>
          <w:sz w:val="18"/>
          <w:lang w:eastAsia="zh-TW"/>
        </w:rPr>
        <w:t>郵寄辦理退券之貴賓，請務必完整填寫本表並連同「票券正本」及「存摺封面影本」一同掛號寄回</w:t>
      </w:r>
      <w:r>
        <w:rPr>
          <w:rFonts w:eastAsia="微軟正黑體"/>
          <w:color w:val="8B3A2B"/>
          <w:sz w:val="18"/>
          <w:lang w:eastAsia="zh-TW"/>
        </w:rPr>
        <w:t xml:space="preserve"> ※</w:t>
      </w:r>
    </w:p>
    <w:p w14:paraId="437A6EA6" w14:textId="77777777" w:rsidR="00E808E9" w:rsidRDefault="00A90C8E">
      <w:pPr>
        <w:keepNext/>
        <w:spacing w:after="120"/>
        <w:jc w:val="right"/>
        <w:rPr>
          <w:lang w:eastAsia="zh-TW"/>
        </w:rPr>
      </w:pPr>
      <w:r>
        <w:rPr>
          <w:rFonts w:eastAsia="微軟正黑體"/>
          <w:b/>
          <w:sz w:val="20"/>
          <w:lang w:eastAsia="zh-TW"/>
        </w:rPr>
        <w:t>申請日期：中華民國</w:t>
      </w:r>
      <w:r>
        <w:rPr>
          <w:rFonts w:eastAsia="微軟正黑體"/>
          <w:b/>
          <w:sz w:val="20"/>
          <w:lang w:eastAsia="zh-TW"/>
        </w:rPr>
        <w:t xml:space="preserve"> ________ </w:t>
      </w:r>
      <w:r>
        <w:rPr>
          <w:rFonts w:eastAsia="微軟正黑體"/>
          <w:b/>
          <w:sz w:val="20"/>
          <w:lang w:eastAsia="zh-TW"/>
        </w:rPr>
        <w:t>年</w:t>
      </w:r>
      <w:r>
        <w:rPr>
          <w:rFonts w:eastAsia="微軟正黑體"/>
          <w:b/>
          <w:sz w:val="20"/>
          <w:lang w:eastAsia="zh-TW"/>
        </w:rPr>
        <w:t xml:space="preserve"> ________ </w:t>
      </w:r>
      <w:r>
        <w:rPr>
          <w:rFonts w:eastAsia="微軟正黑體"/>
          <w:b/>
          <w:sz w:val="20"/>
          <w:lang w:eastAsia="zh-TW"/>
        </w:rPr>
        <w:t>月</w:t>
      </w:r>
      <w:r>
        <w:rPr>
          <w:rFonts w:eastAsia="微軟正黑體"/>
          <w:b/>
          <w:sz w:val="20"/>
          <w:lang w:eastAsia="zh-TW"/>
        </w:rPr>
        <w:t xml:space="preserve"> ________ </w:t>
      </w:r>
      <w:r>
        <w:rPr>
          <w:rFonts w:eastAsia="微軟正黑體"/>
          <w:b/>
          <w:sz w:val="20"/>
          <w:lang w:eastAsia="zh-TW"/>
        </w:rPr>
        <w:t>日</w:t>
      </w:r>
    </w:p>
    <w:tbl>
      <w:tblPr>
        <w:tblW w:w="0" w:type="auto"/>
        <w:jc w:val="center"/>
        <w:tblBorders>
          <w:top w:val="single" w:sz="6" w:space="0" w:color="475569"/>
          <w:left w:val="single" w:sz="6" w:space="0" w:color="475569"/>
          <w:bottom w:val="single" w:sz="6" w:space="0" w:color="475569"/>
          <w:right w:val="single" w:sz="6" w:space="0" w:color="475569"/>
          <w:insideH w:val="single" w:sz="6" w:space="0" w:color="475569"/>
          <w:insideV w:val="single" w:sz="6" w:space="0" w:color="475569"/>
        </w:tblBorders>
        <w:tblLook w:val="04A0" w:firstRow="1" w:lastRow="0" w:firstColumn="1" w:lastColumn="0" w:noHBand="0" w:noVBand="1"/>
      </w:tblPr>
      <w:tblGrid>
        <w:gridCol w:w="2340"/>
        <w:gridCol w:w="3744"/>
        <w:gridCol w:w="2340"/>
        <w:gridCol w:w="2340"/>
      </w:tblGrid>
      <w:tr w:rsidR="00E808E9" w14:paraId="50BAD9A4" w14:textId="77777777">
        <w:trPr>
          <w:tblHeader/>
          <w:jc w:val="center"/>
        </w:trPr>
        <w:tc>
          <w:tcPr>
            <w:tcW w:w="2160" w:type="dxa"/>
            <w:shd w:val="clear" w:color="auto" w:fill="1B365D"/>
            <w:tcMar>
              <w:top w:w="100" w:type="dxa"/>
              <w:left w:w="100" w:type="dxa"/>
              <w:bottom w:w="100" w:type="dxa"/>
              <w:right w:w="100" w:type="dxa"/>
            </w:tcMar>
            <w:vAlign w:val="center"/>
          </w:tcPr>
          <w:p w14:paraId="4AF3BFE1" w14:textId="77777777" w:rsidR="00E808E9" w:rsidRDefault="00A90C8E">
            <w:pPr>
              <w:spacing w:before="40" w:after="40"/>
              <w:jc w:val="center"/>
            </w:pPr>
            <w:r>
              <w:rPr>
                <w:rFonts w:eastAsia="微軟正黑體"/>
                <w:b/>
                <w:color w:val="FFFFFF"/>
                <w:sz w:val="21"/>
              </w:rPr>
              <w:t>退</w:t>
            </w:r>
            <w:r>
              <w:rPr>
                <w:rFonts w:eastAsia="微軟正黑體"/>
                <w:b/>
                <w:color w:val="FFFFFF"/>
                <w:sz w:val="21"/>
              </w:rPr>
              <w:t xml:space="preserve"> </w:t>
            </w:r>
            <w:r>
              <w:rPr>
                <w:rFonts w:eastAsia="微軟正黑體"/>
                <w:b/>
                <w:color w:val="FFFFFF"/>
                <w:sz w:val="21"/>
              </w:rPr>
              <w:t>券</w:t>
            </w:r>
            <w:r>
              <w:rPr>
                <w:rFonts w:eastAsia="微軟正黑體"/>
                <w:b/>
                <w:color w:val="FFFFFF"/>
                <w:sz w:val="21"/>
              </w:rPr>
              <w:t xml:space="preserve"> </w:t>
            </w:r>
            <w:r>
              <w:rPr>
                <w:rFonts w:eastAsia="微軟正黑體"/>
                <w:b/>
                <w:color w:val="FFFFFF"/>
                <w:sz w:val="21"/>
              </w:rPr>
              <w:t>人</w:t>
            </w:r>
            <w:r>
              <w:rPr>
                <w:rFonts w:eastAsia="微軟正黑體"/>
                <w:b/>
                <w:color w:val="FFFFFF"/>
                <w:sz w:val="21"/>
              </w:rPr>
              <w:t xml:space="preserve"> </w:t>
            </w:r>
            <w:r>
              <w:rPr>
                <w:rFonts w:eastAsia="微軟正黑體"/>
                <w:b/>
                <w:color w:val="FFFFFF"/>
                <w:sz w:val="21"/>
              </w:rPr>
              <w:t>姓</w:t>
            </w:r>
            <w:r>
              <w:rPr>
                <w:rFonts w:eastAsia="微軟正黑體"/>
                <w:b/>
                <w:color w:val="FFFFFF"/>
                <w:sz w:val="21"/>
              </w:rPr>
              <w:t xml:space="preserve"> </w:t>
            </w:r>
            <w:r>
              <w:rPr>
                <w:rFonts w:eastAsia="微軟正黑體"/>
                <w:b/>
                <w:color w:val="FFFFFF"/>
                <w:sz w:val="21"/>
              </w:rPr>
              <w:t>名</w:t>
            </w:r>
          </w:p>
        </w:tc>
        <w:tc>
          <w:tcPr>
            <w:tcW w:w="3744" w:type="dxa"/>
            <w:shd w:val="clear" w:color="auto" w:fill="1B365D"/>
            <w:tcMar>
              <w:top w:w="100" w:type="dxa"/>
              <w:left w:w="100" w:type="dxa"/>
              <w:bottom w:w="100" w:type="dxa"/>
              <w:right w:w="100" w:type="dxa"/>
            </w:tcMar>
            <w:vAlign w:val="center"/>
          </w:tcPr>
          <w:p w14:paraId="041508F6" w14:textId="77777777" w:rsidR="00E808E9" w:rsidRDefault="00A90C8E">
            <w:pPr>
              <w:spacing w:before="40" w:after="40"/>
              <w:jc w:val="center"/>
            </w:pPr>
            <w:r>
              <w:rPr>
                <w:rFonts w:eastAsia="微軟正黑體"/>
                <w:b/>
                <w:color w:val="FFFFFF"/>
                <w:sz w:val="21"/>
              </w:rPr>
              <w:t>票</w:t>
            </w:r>
            <w:r>
              <w:rPr>
                <w:rFonts w:eastAsia="微軟正黑體"/>
                <w:b/>
                <w:color w:val="FFFFFF"/>
                <w:sz w:val="21"/>
              </w:rPr>
              <w:t xml:space="preserve"> </w:t>
            </w:r>
            <w:r>
              <w:rPr>
                <w:rFonts w:eastAsia="微軟正黑體"/>
                <w:b/>
                <w:color w:val="FFFFFF"/>
                <w:sz w:val="21"/>
              </w:rPr>
              <w:t>券</w:t>
            </w:r>
            <w:r>
              <w:rPr>
                <w:rFonts w:eastAsia="微軟正黑體"/>
                <w:b/>
                <w:color w:val="FFFFFF"/>
                <w:sz w:val="21"/>
              </w:rPr>
              <w:t xml:space="preserve"> </w:t>
            </w:r>
            <w:r>
              <w:rPr>
                <w:rFonts w:eastAsia="微軟正黑體"/>
                <w:b/>
                <w:color w:val="FFFFFF"/>
                <w:sz w:val="21"/>
              </w:rPr>
              <w:t>種</w:t>
            </w:r>
            <w:r>
              <w:rPr>
                <w:rFonts w:eastAsia="微軟正黑體"/>
                <w:b/>
                <w:color w:val="FFFFFF"/>
                <w:sz w:val="21"/>
              </w:rPr>
              <w:t xml:space="preserve"> </w:t>
            </w:r>
            <w:r>
              <w:rPr>
                <w:rFonts w:eastAsia="微軟正黑體"/>
                <w:b/>
                <w:color w:val="FFFFFF"/>
                <w:sz w:val="21"/>
              </w:rPr>
              <w:t>類</w:t>
            </w:r>
          </w:p>
        </w:tc>
        <w:tc>
          <w:tcPr>
            <w:tcW w:w="1728" w:type="dxa"/>
            <w:shd w:val="clear" w:color="auto" w:fill="1B365D"/>
            <w:tcMar>
              <w:top w:w="100" w:type="dxa"/>
              <w:left w:w="100" w:type="dxa"/>
              <w:bottom w:w="100" w:type="dxa"/>
              <w:right w:w="100" w:type="dxa"/>
            </w:tcMar>
            <w:vAlign w:val="center"/>
          </w:tcPr>
          <w:p w14:paraId="36058043" w14:textId="77777777" w:rsidR="00E808E9" w:rsidRDefault="00A90C8E">
            <w:pPr>
              <w:spacing w:before="40" w:after="40"/>
              <w:jc w:val="center"/>
            </w:pPr>
            <w:r>
              <w:rPr>
                <w:rFonts w:eastAsia="微軟正黑體"/>
                <w:b/>
                <w:color w:val="FFFFFF"/>
                <w:sz w:val="21"/>
              </w:rPr>
              <w:t>票券張</w:t>
            </w:r>
            <w:r>
              <w:rPr>
                <w:rFonts w:eastAsia="微軟正黑體"/>
                <w:b/>
                <w:color w:val="FFFFFF"/>
                <w:sz w:val="21"/>
              </w:rPr>
              <w:t>(</w:t>
            </w:r>
            <w:r>
              <w:rPr>
                <w:rFonts w:eastAsia="微軟正黑體"/>
                <w:b/>
                <w:color w:val="FFFFFF"/>
                <w:sz w:val="21"/>
              </w:rPr>
              <w:t>格</w:t>
            </w:r>
            <w:r>
              <w:rPr>
                <w:rFonts w:eastAsia="微軟正黑體"/>
                <w:b/>
                <w:color w:val="FFFFFF"/>
                <w:sz w:val="21"/>
              </w:rPr>
              <w:t>)</w:t>
            </w:r>
            <w:r>
              <w:rPr>
                <w:rFonts w:eastAsia="微軟正黑體"/>
                <w:b/>
                <w:color w:val="FFFFFF"/>
                <w:sz w:val="21"/>
              </w:rPr>
              <w:t>數</w:t>
            </w:r>
          </w:p>
        </w:tc>
        <w:tc>
          <w:tcPr>
            <w:tcW w:w="1728" w:type="dxa"/>
            <w:shd w:val="clear" w:color="auto" w:fill="1B365D"/>
            <w:tcMar>
              <w:top w:w="100" w:type="dxa"/>
              <w:left w:w="100" w:type="dxa"/>
              <w:bottom w:w="100" w:type="dxa"/>
              <w:right w:w="100" w:type="dxa"/>
            </w:tcMar>
            <w:vAlign w:val="center"/>
          </w:tcPr>
          <w:p w14:paraId="0C165B57" w14:textId="77777777" w:rsidR="00E808E9" w:rsidRDefault="00A90C8E">
            <w:pPr>
              <w:spacing w:before="40" w:after="40"/>
              <w:jc w:val="center"/>
            </w:pPr>
            <w:r>
              <w:rPr>
                <w:rFonts w:eastAsia="微軟正黑體"/>
                <w:b/>
                <w:color w:val="FFFFFF"/>
                <w:sz w:val="21"/>
              </w:rPr>
              <w:t>票</w:t>
            </w:r>
            <w:r>
              <w:rPr>
                <w:rFonts w:eastAsia="微軟正黑體"/>
                <w:b/>
                <w:color w:val="FFFFFF"/>
                <w:sz w:val="21"/>
              </w:rPr>
              <w:t xml:space="preserve"> </w:t>
            </w:r>
            <w:r>
              <w:rPr>
                <w:rFonts w:eastAsia="微軟正黑體"/>
                <w:b/>
                <w:color w:val="FFFFFF"/>
                <w:sz w:val="21"/>
              </w:rPr>
              <w:t>券</w:t>
            </w:r>
            <w:r>
              <w:rPr>
                <w:rFonts w:eastAsia="微軟正黑體"/>
                <w:b/>
                <w:color w:val="FFFFFF"/>
                <w:sz w:val="21"/>
              </w:rPr>
              <w:t xml:space="preserve"> </w:t>
            </w:r>
            <w:r>
              <w:rPr>
                <w:rFonts w:eastAsia="微軟正黑體"/>
                <w:b/>
                <w:color w:val="FFFFFF"/>
                <w:sz w:val="21"/>
              </w:rPr>
              <w:t>價</w:t>
            </w:r>
            <w:r>
              <w:rPr>
                <w:rFonts w:eastAsia="微軟正黑體"/>
                <w:b/>
                <w:color w:val="FFFFFF"/>
                <w:sz w:val="21"/>
              </w:rPr>
              <w:t xml:space="preserve"> </w:t>
            </w:r>
            <w:r>
              <w:rPr>
                <w:rFonts w:eastAsia="微軟正黑體"/>
                <w:b/>
                <w:color w:val="FFFFFF"/>
                <w:sz w:val="21"/>
              </w:rPr>
              <w:t>格</w:t>
            </w:r>
          </w:p>
        </w:tc>
      </w:tr>
      <w:tr w:rsidR="00E808E9" w14:paraId="03BD9E84" w14:textId="77777777">
        <w:trPr>
          <w:cantSplit/>
          <w:jc w:val="center"/>
        </w:trPr>
        <w:tc>
          <w:tcPr>
            <w:tcW w:w="2160" w:type="dxa"/>
            <w:vMerge w:val="restart"/>
          </w:tcPr>
          <w:p w14:paraId="2B3C5BE5" w14:textId="77777777" w:rsidR="00E808E9" w:rsidRDefault="00A90C8E">
            <w:pPr>
              <w:jc w:val="center"/>
            </w:pPr>
            <w:r>
              <w:rPr>
                <w:rFonts w:eastAsia="微軟正黑體"/>
                <w:color w:val="64748B"/>
                <w:sz w:val="20"/>
              </w:rPr>
              <w:br/>
            </w:r>
            <w:r>
              <w:rPr>
                <w:rFonts w:eastAsia="微軟正黑體"/>
                <w:color w:val="64748B"/>
                <w:sz w:val="20"/>
              </w:rPr>
              <w:br/>
            </w:r>
            <w:r>
              <w:rPr>
                <w:rFonts w:eastAsia="微軟正黑體"/>
                <w:color w:val="64748B"/>
                <w:sz w:val="20"/>
              </w:rPr>
              <w:t>（請正楷簽名）</w:t>
            </w:r>
          </w:p>
        </w:tc>
        <w:tc>
          <w:tcPr>
            <w:tcW w:w="3744" w:type="dxa"/>
          </w:tcPr>
          <w:p w14:paraId="459E2892" w14:textId="77777777" w:rsidR="00E808E9" w:rsidRDefault="00A90C8E">
            <w:r>
              <w:rPr>
                <w:rFonts w:eastAsia="微軟正黑體"/>
                <w:sz w:val="20"/>
              </w:rPr>
              <w:t xml:space="preserve">1. </w:t>
            </w:r>
            <w:r>
              <w:rPr>
                <w:rFonts w:eastAsia="微軟正黑體"/>
                <w:sz w:val="20"/>
              </w:rPr>
              <w:t>泡湯券</w:t>
            </w:r>
            <w:r>
              <w:rPr>
                <w:rFonts w:eastAsia="微軟正黑體"/>
                <w:sz w:val="20"/>
              </w:rPr>
              <w:t xml:space="preserve"> / </w:t>
            </w:r>
            <w:r>
              <w:rPr>
                <w:rFonts w:eastAsia="微軟正黑體"/>
                <w:sz w:val="20"/>
              </w:rPr>
              <w:t>溫泉券</w:t>
            </w:r>
          </w:p>
        </w:tc>
        <w:tc>
          <w:tcPr>
            <w:tcW w:w="1728" w:type="dxa"/>
          </w:tcPr>
          <w:p w14:paraId="5F8754B6" w14:textId="77777777" w:rsidR="00E808E9" w:rsidRDefault="00A90C8E">
            <w:pPr>
              <w:jc w:val="center"/>
            </w:pPr>
            <w:r>
              <w:rPr>
                <w:rFonts w:eastAsia="微軟正黑體"/>
                <w:sz w:val="20"/>
              </w:rPr>
              <w:t xml:space="preserve">________ </w:t>
            </w:r>
            <w:r>
              <w:rPr>
                <w:rFonts w:eastAsia="微軟正黑體"/>
                <w:sz w:val="20"/>
              </w:rPr>
              <w:t>張</w:t>
            </w:r>
          </w:p>
        </w:tc>
        <w:tc>
          <w:tcPr>
            <w:tcW w:w="1728" w:type="dxa"/>
          </w:tcPr>
          <w:p w14:paraId="65C9A4A1" w14:textId="77777777" w:rsidR="00E808E9" w:rsidRDefault="00A90C8E">
            <w:pPr>
              <w:jc w:val="center"/>
            </w:pPr>
            <w:r>
              <w:rPr>
                <w:rFonts w:eastAsia="微軟正黑體"/>
                <w:sz w:val="20"/>
              </w:rPr>
              <w:t>NT$ ________</w:t>
            </w:r>
          </w:p>
        </w:tc>
      </w:tr>
      <w:tr w:rsidR="00E808E9" w14:paraId="2FBEDC90" w14:textId="77777777">
        <w:trPr>
          <w:cantSplit/>
          <w:jc w:val="center"/>
        </w:trPr>
        <w:tc>
          <w:tcPr>
            <w:tcW w:w="2340" w:type="dxa"/>
            <w:vMerge/>
          </w:tcPr>
          <w:p w14:paraId="1C76E241" w14:textId="77777777" w:rsidR="00E808E9" w:rsidRDefault="00E808E9"/>
        </w:tc>
        <w:tc>
          <w:tcPr>
            <w:tcW w:w="2340" w:type="dxa"/>
          </w:tcPr>
          <w:p w14:paraId="17D2A937" w14:textId="77777777" w:rsidR="00E808E9" w:rsidRDefault="00A90C8E">
            <w:r>
              <w:rPr>
                <w:rFonts w:eastAsia="微軟正黑體"/>
                <w:sz w:val="20"/>
              </w:rPr>
              <w:t xml:space="preserve">2. </w:t>
            </w:r>
            <w:r>
              <w:rPr>
                <w:rFonts w:eastAsia="微軟正黑體"/>
                <w:sz w:val="20"/>
              </w:rPr>
              <w:t>住宿券（房型：</w:t>
            </w:r>
            <w:r>
              <w:rPr>
                <w:rFonts w:eastAsia="微軟正黑體"/>
                <w:sz w:val="20"/>
              </w:rPr>
              <w:t>____________</w:t>
            </w:r>
            <w:r>
              <w:rPr>
                <w:rFonts w:eastAsia="微軟正黑體"/>
                <w:sz w:val="20"/>
              </w:rPr>
              <w:t>）</w:t>
            </w:r>
          </w:p>
        </w:tc>
        <w:tc>
          <w:tcPr>
            <w:tcW w:w="2340" w:type="dxa"/>
          </w:tcPr>
          <w:p w14:paraId="07B24F0B" w14:textId="77777777" w:rsidR="00E808E9" w:rsidRDefault="00A90C8E">
            <w:pPr>
              <w:jc w:val="center"/>
            </w:pPr>
            <w:r>
              <w:rPr>
                <w:rFonts w:eastAsia="微軟正黑體"/>
                <w:sz w:val="20"/>
              </w:rPr>
              <w:t xml:space="preserve">________ </w:t>
            </w:r>
            <w:r>
              <w:rPr>
                <w:rFonts w:eastAsia="微軟正黑體"/>
                <w:sz w:val="20"/>
              </w:rPr>
              <w:t>張</w:t>
            </w:r>
          </w:p>
        </w:tc>
        <w:tc>
          <w:tcPr>
            <w:tcW w:w="2340" w:type="dxa"/>
          </w:tcPr>
          <w:p w14:paraId="5E8F04FA" w14:textId="77777777" w:rsidR="00E808E9" w:rsidRDefault="00A90C8E">
            <w:pPr>
              <w:jc w:val="center"/>
            </w:pPr>
            <w:r>
              <w:rPr>
                <w:rFonts w:eastAsia="微軟正黑體"/>
                <w:sz w:val="20"/>
              </w:rPr>
              <w:t>NT$ ________</w:t>
            </w:r>
          </w:p>
        </w:tc>
      </w:tr>
      <w:tr w:rsidR="00E808E9" w14:paraId="74AF80C3" w14:textId="77777777">
        <w:trPr>
          <w:cantSplit/>
          <w:jc w:val="center"/>
        </w:trPr>
        <w:tc>
          <w:tcPr>
            <w:tcW w:w="2340" w:type="dxa"/>
            <w:vMerge/>
          </w:tcPr>
          <w:p w14:paraId="48204FD0" w14:textId="77777777" w:rsidR="00E808E9" w:rsidRDefault="00E808E9"/>
        </w:tc>
        <w:tc>
          <w:tcPr>
            <w:tcW w:w="2340" w:type="dxa"/>
          </w:tcPr>
          <w:p w14:paraId="1AA2ADB0" w14:textId="77777777" w:rsidR="00E808E9" w:rsidRDefault="00A90C8E">
            <w:r>
              <w:rPr>
                <w:rFonts w:eastAsia="微軟正黑體"/>
                <w:sz w:val="20"/>
              </w:rPr>
              <w:t xml:space="preserve">3. </w:t>
            </w:r>
            <w:r>
              <w:rPr>
                <w:rFonts w:eastAsia="微軟正黑體"/>
                <w:sz w:val="20"/>
              </w:rPr>
              <w:t>其他票券（</w:t>
            </w:r>
            <w:r>
              <w:rPr>
                <w:rFonts w:eastAsia="微軟正黑體"/>
                <w:sz w:val="20"/>
              </w:rPr>
              <w:t>__________________</w:t>
            </w:r>
            <w:r>
              <w:rPr>
                <w:rFonts w:eastAsia="微軟正黑體"/>
                <w:sz w:val="20"/>
              </w:rPr>
              <w:t>）</w:t>
            </w:r>
          </w:p>
        </w:tc>
        <w:tc>
          <w:tcPr>
            <w:tcW w:w="2340" w:type="dxa"/>
          </w:tcPr>
          <w:p w14:paraId="6DEE0B95" w14:textId="77777777" w:rsidR="00E808E9" w:rsidRDefault="00A90C8E">
            <w:pPr>
              <w:jc w:val="center"/>
            </w:pPr>
            <w:r>
              <w:rPr>
                <w:rFonts w:eastAsia="微軟正黑體"/>
                <w:sz w:val="20"/>
              </w:rPr>
              <w:t xml:space="preserve">________ </w:t>
            </w:r>
            <w:r>
              <w:rPr>
                <w:rFonts w:eastAsia="微軟正黑體"/>
                <w:sz w:val="20"/>
              </w:rPr>
              <w:t>張</w:t>
            </w:r>
          </w:p>
        </w:tc>
        <w:tc>
          <w:tcPr>
            <w:tcW w:w="2340" w:type="dxa"/>
          </w:tcPr>
          <w:p w14:paraId="603F3A61" w14:textId="77777777" w:rsidR="00E808E9" w:rsidRDefault="00A90C8E">
            <w:pPr>
              <w:jc w:val="center"/>
            </w:pPr>
            <w:r>
              <w:rPr>
                <w:rFonts w:eastAsia="微軟正黑體"/>
                <w:sz w:val="20"/>
              </w:rPr>
              <w:t>NT$ ________</w:t>
            </w:r>
          </w:p>
        </w:tc>
      </w:tr>
      <w:tr w:rsidR="00E808E9" w14:paraId="6EBE0185" w14:textId="77777777">
        <w:trPr>
          <w:cantSplit/>
          <w:jc w:val="center"/>
        </w:trPr>
        <w:tc>
          <w:tcPr>
            <w:tcW w:w="4680" w:type="dxa"/>
            <w:gridSpan w:val="2"/>
          </w:tcPr>
          <w:p w14:paraId="0BEBBDC4" w14:textId="77777777" w:rsidR="00E808E9" w:rsidRDefault="00A90C8E">
            <w:pPr>
              <w:jc w:val="right"/>
            </w:pPr>
            <w:r>
              <w:rPr>
                <w:rFonts w:eastAsia="微軟正黑體"/>
                <w:b/>
                <w:sz w:val="20"/>
              </w:rPr>
              <w:t>合　計：</w:t>
            </w:r>
          </w:p>
        </w:tc>
        <w:tc>
          <w:tcPr>
            <w:tcW w:w="2340" w:type="dxa"/>
          </w:tcPr>
          <w:p w14:paraId="6DDBC4AB" w14:textId="77777777" w:rsidR="00E808E9" w:rsidRDefault="00A90C8E">
            <w:pPr>
              <w:jc w:val="center"/>
            </w:pPr>
            <w:r>
              <w:rPr>
                <w:rFonts w:eastAsia="微軟正黑體"/>
                <w:b/>
                <w:sz w:val="20"/>
              </w:rPr>
              <w:t>共</w:t>
            </w:r>
            <w:r>
              <w:rPr>
                <w:rFonts w:eastAsia="微軟正黑體"/>
                <w:b/>
                <w:sz w:val="20"/>
              </w:rPr>
              <w:t xml:space="preserve"> ________ </w:t>
            </w:r>
            <w:r>
              <w:rPr>
                <w:rFonts w:eastAsia="微軟正黑體"/>
                <w:b/>
                <w:sz w:val="20"/>
              </w:rPr>
              <w:t>張</w:t>
            </w:r>
          </w:p>
        </w:tc>
        <w:tc>
          <w:tcPr>
            <w:tcW w:w="2340" w:type="dxa"/>
          </w:tcPr>
          <w:p w14:paraId="2314C45E" w14:textId="77777777" w:rsidR="00E808E9" w:rsidRDefault="00A90C8E">
            <w:pPr>
              <w:jc w:val="center"/>
            </w:pPr>
            <w:r>
              <w:rPr>
                <w:rFonts w:eastAsia="微軟正黑體"/>
                <w:b/>
                <w:sz w:val="20"/>
              </w:rPr>
              <w:t>NT$ ________</w:t>
            </w:r>
          </w:p>
        </w:tc>
      </w:tr>
      <w:tr w:rsidR="00E808E9" w14:paraId="279F79AC" w14:textId="77777777">
        <w:trPr>
          <w:cantSplit/>
          <w:jc w:val="center"/>
        </w:trPr>
        <w:tc>
          <w:tcPr>
            <w:tcW w:w="2340" w:type="dxa"/>
            <w:shd w:val="clear" w:color="auto" w:fill="F8FAFC"/>
          </w:tcPr>
          <w:p w14:paraId="0A4D2E13" w14:textId="77777777" w:rsidR="00E808E9" w:rsidRDefault="00A90C8E">
            <w:pPr>
              <w:jc w:val="center"/>
            </w:pPr>
            <w:r>
              <w:rPr>
                <w:rFonts w:eastAsia="微軟正黑體"/>
                <w:b/>
                <w:color w:val="1B365D"/>
                <w:sz w:val="20"/>
              </w:rPr>
              <w:t>身分證字號</w:t>
            </w:r>
          </w:p>
        </w:tc>
        <w:tc>
          <w:tcPr>
            <w:tcW w:w="2340" w:type="dxa"/>
          </w:tcPr>
          <w:p w14:paraId="4DED51F6" w14:textId="77777777" w:rsidR="00E808E9" w:rsidRDefault="00A90C8E">
            <w:r>
              <w:rPr>
                <w:rFonts w:eastAsia="微軟正黑體"/>
                <w:sz w:val="20"/>
              </w:rPr>
              <w:t>________________________</w:t>
            </w:r>
          </w:p>
        </w:tc>
        <w:tc>
          <w:tcPr>
            <w:tcW w:w="2340" w:type="dxa"/>
            <w:shd w:val="clear" w:color="auto" w:fill="F8FAFC"/>
          </w:tcPr>
          <w:p w14:paraId="246E3A03" w14:textId="77777777" w:rsidR="00E808E9" w:rsidRDefault="00A90C8E">
            <w:pPr>
              <w:jc w:val="center"/>
            </w:pPr>
            <w:r>
              <w:rPr>
                <w:rFonts w:eastAsia="微軟正黑體"/>
                <w:b/>
                <w:color w:val="1B365D"/>
                <w:sz w:val="20"/>
              </w:rPr>
              <w:t>聯絡電話</w:t>
            </w:r>
          </w:p>
        </w:tc>
        <w:tc>
          <w:tcPr>
            <w:tcW w:w="2340" w:type="dxa"/>
          </w:tcPr>
          <w:p w14:paraId="33B4514B" w14:textId="77777777" w:rsidR="00E808E9" w:rsidRDefault="00A90C8E">
            <w:r>
              <w:rPr>
                <w:rFonts w:eastAsia="微軟正黑體"/>
                <w:sz w:val="20"/>
              </w:rPr>
              <w:t>____________________</w:t>
            </w:r>
          </w:p>
        </w:tc>
      </w:tr>
      <w:tr w:rsidR="00E808E9" w14:paraId="572E73D8" w14:textId="77777777">
        <w:trPr>
          <w:cantSplit/>
          <w:jc w:val="center"/>
        </w:trPr>
        <w:tc>
          <w:tcPr>
            <w:tcW w:w="2340" w:type="dxa"/>
            <w:shd w:val="clear" w:color="auto" w:fill="F8FAFC"/>
          </w:tcPr>
          <w:p w14:paraId="2C0B83A4" w14:textId="77777777" w:rsidR="00E808E9" w:rsidRDefault="00A90C8E">
            <w:pPr>
              <w:jc w:val="center"/>
            </w:pPr>
            <w:r>
              <w:rPr>
                <w:rFonts w:eastAsia="微軟正黑體"/>
                <w:b/>
                <w:color w:val="1B365D"/>
                <w:sz w:val="20"/>
              </w:rPr>
              <w:t>通訊地址</w:t>
            </w:r>
          </w:p>
        </w:tc>
        <w:tc>
          <w:tcPr>
            <w:tcW w:w="7020" w:type="dxa"/>
            <w:gridSpan w:val="3"/>
          </w:tcPr>
          <w:p w14:paraId="50C60158" w14:textId="77777777" w:rsidR="00E808E9" w:rsidRDefault="00A90C8E">
            <w:r>
              <w:rPr>
                <w:rFonts w:eastAsia="微軟正黑體"/>
                <w:sz w:val="20"/>
              </w:rPr>
              <w:t>□□□ ____________________________________________________________________</w:t>
            </w:r>
          </w:p>
        </w:tc>
      </w:tr>
      <w:tr w:rsidR="00E808E9" w14:paraId="2345E8E7" w14:textId="77777777">
        <w:trPr>
          <w:cantSplit/>
          <w:jc w:val="center"/>
        </w:trPr>
        <w:tc>
          <w:tcPr>
            <w:tcW w:w="2340" w:type="dxa"/>
            <w:vMerge w:val="restart"/>
            <w:shd w:val="clear" w:color="auto" w:fill="F8FAFC"/>
          </w:tcPr>
          <w:p w14:paraId="2C1F0E5F" w14:textId="77777777" w:rsidR="00E808E9" w:rsidRDefault="00A90C8E">
            <w:pPr>
              <w:jc w:val="center"/>
            </w:pPr>
            <w:r>
              <w:rPr>
                <w:rFonts w:eastAsia="微軟正黑體"/>
                <w:b/>
                <w:color w:val="1B365D"/>
                <w:sz w:val="20"/>
              </w:rPr>
              <w:t>退款帳號</w:t>
            </w:r>
          </w:p>
        </w:tc>
        <w:tc>
          <w:tcPr>
            <w:tcW w:w="4680" w:type="dxa"/>
            <w:gridSpan w:val="2"/>
          </w:tcPr>
          <w:p w14:paraId="3E771161" w14:textId="77777777" w:rsidR="00E808E9" w:rsidRDefault="00A90C8E">
            <w:pPr>
              <w:rPr>
                <w:lang w:eastAsia="zh-TW"/>
              </w:rPr>
            </w:pPr>
            <w:r>
              <w:rPr>
                <w:rFonts w:eastAsia="微軟正黑體"/>
                <w:sz w:val="19"/>
                <w:lang w:eastAsia="zh-TW"/>
              </w:rPr>
              <w:t>金融機構：</w:t>
            </w:r>
            <w:r>
              <w:rPr>
                <w:rFonts w:eastAsia="微軟正黑體"/>
                <w:sz w:val="19"/>
                <w:lang w:eastAsia="zh-TW"/>
              </w:rPr>
              <w:t xml:space="preserve">________________ </w:t>
            </w:r>
            <w:r>
              <w:rPr>
                <w:rFonts w:eastAsia="微軟正黑體"/>
                <w:sz w:val="19"/>
                <w:lang w:eastAsia="zh-TW"/>
              </w:rPr>
              <w:t>銀行</w:t>
            </w:r>
            <w:r>
              <w:rPr>
                <w:rFonts w:eastAsia="微軟正黑體"/>
                <w:sz w:val="19"/>
                <w:lang w:eastAsia="zh-TW"/>
              </w:rPr>
              <w:t xml:space="preserve"> / </w:t>
            </w:r>
            <w:r>
              <w:rPr>
                <w:rFonts w:eastAsia="微軟正黑體"/>
                <w:sz w:val="19"/>
                <w:lang w:eastAsia="zh-TW"/>
              </w:rPr>
              <w:t>郵局</w:t>
            </w:r>
            <w:r>
              <w:rPr>
                <w:rFonts w:eastAsia="微軟正黑體"/>
                <w:sz w:val="19"/>
                <w:lang w:eastAsia="zh-TW"/>
              </w:rPr>
              <w:t xml:space="preserve"> / </w:t>
            </w:r>
            <w:r>
              <w:rPr>
                <w:rFonts w:eastAsia="微軟正黑體"/>
                <w:sz w:val="19"/>
                <w:lang w:eastAsia="zh-TW"/>
              </w:rPr>
              <w:t>農會</w:t>
            </w:r>
            <w:r>
              <w:rPr>
                <w:rFonts w:eastAsia="微軟正黑體"/>
                <w:sz w:val="19"/>
                <w:lang w:eastAsia="zh-TW"/>
              </w:rPr>
              <w:br/>
            </w:r>
            <w:r>
              <w:rPr>
                <w:rFonts w:eastAsia="微軟正黑體"/>
                <w:sz w:val="19"/>
                <w:lang w:eastAsia="zh-TW"/>
              </w:rPr>
              <w:t>分行名稱：</w:t>
            </w:r>
            <w:r>
              <w:rPr>
                <w:rFonts w:eastAsia="微軟正黑體"/>
                <w:sz w:val="19"/>
                <w:lang w:eastAsia="zh-TW"/>
              </w:rPr>
              <w:t xml:space="preserve">________________ </w:t>
            </w:r>
            <w:r>
              <w:rPr>
                <w:rFonts w:eastAsia="微軟正黑體"/>
                <w:sz w:val="19"/>
                <w:lang w:eastAsia="zh-TW"/>
              </w:rPr>
              <w:t>分行（總行</w:t>
            </w:r>
            <w:r>
              <w:rPr>
                <w:rFonts w:eastAsia="微軟正黑體"/>
                <w:sz w:val="19"/>
                <w:lang w:eastAsia="zh-TW"/>
              </w:rPr>
              <w:t>/</w:t>
            </w:r>
            <w:r>
              <w:rPr>
                <w:rFonts w:eastAsia="微軟正黑體"/>
                <w:sz w:val="19"/>
                <w:lang w:eastAsia="zh-TW"/>
              </w:rPr>
              <w:t>分行代碼：</w:t>
            </w:r>
            <w:r>
              <w:rPr>
                <w:rFonts w:eastAsia="微軟正黑體"/>
                <w:sz w:val="19"/>
                <w:lang w:eastAsia="zh-TW"/>
              </w:rPr>
              <w:t>____________</w:t>
            </w:r>
            <w:r>
              <w:rPr>
                <w:rFonts w:eastAsia="微軟正黑體"/>
                <w:sz w:val="19"/>
                <w:lang w:eastAsia="zh-TW"/>
              </w:rPr>
              <w:t>）</w:t>
            </w:r>
          </w:p>
        </w:tc>
        <w:tc>
          <w:tcPr>
            <w:tcW w:w="2340" w:type="dxa"/>
          </w:tcPr>
          <w:p w14:paraId="78E278EC" w14:textId="77777777" w:rsidR="00E808E9" w:rsidRDefault="00A90C8E">
            <w:pPr>
              <w:jc w:val="center"/>
              <w:rPr>
                <w:lang w:eastAsia="zh-TW"/>
              </w:rPr>
            </w:pPr>
            <w:r>
              <w:rPr>
                <w:rFonts w:eastAsia="微軟正黑體"/>
                <w:color w:val="8B3A2B"/>
                <w:sz w:val="18"/>
                <w:lang w:eastAsia="zh-TW"/>
              </w:rPr>
              <w:t xml:space="preserve">※ </w:t>
            </w:r>
            <w:r>
              <w:rPr>
                <w:rFonts w:eastAsia="微軟正黑體"/>
                <w:color w:val="8B3A2B"/>
                <w:sz w:val="18"/>
                <w:lang w:eastAsia="zh-TW"/>
              </w:rPr>
              <w:t>戶名須與退券人姓名相同</w:t>
            </w:r>
            <w:r>
              <w:rPr>
                <w:rFonts w:eastAsia="微軟正黑體"/>
                <w:color w:val="8B3A2B"/>
                <w:sz w:val="18"/>
                <w:lang w:eastAsia="zh-TW"/>
              </w:rPr>
              <w:t xml:space="preserve"> ※</w:t>
            </w:r>
          </w:p>
        </w:tc>
      </w:tr>
      <w:tr w:rsidR="00E808E9" w14:paraId="53E66FE5" w14:textId="77777777">
        <w:trPr>
          <w:cantSplit/>
          <w:jc w:val="center"/>
        </w:trPr>
        <w:tc>
          <w:tcPr>
            <w:tcW w:w="2340" w:type="dxa"/>
            <w:vMerge/>
          </w:tcPr>
          <w:p w14:paraId="4C04A070" w14:textId="77777777" w:rsidR="00E808E9" w:rsidRDefault="00E808E9">
            <w:pPr>
              <w:rPr>
                <w:lang w:eastAsia="zh-TW"/>
              </w:rPr>
            </w:pPr>
          </w:p>
        </w:tc>
        <w:tc>
          <w:tcPr>
            <w:tcW w:w="7020" w:type="dxa"/>
            <w:gridSpan w:val="3"/>
          </w:tcPr>
          <w:p w14:paraId="688BBD34" w14:textId="77777777" w:rsidR="00E808E9" w:rsidRDefault="00A90C8E">
            <w:pPr>
              <w:rPr>
                <w:lang w:eastAsia="zh-TW"/>
              </w:rPr>
            </w:pPr>
            <w:r>
              <w:rPr>
                <w:rFonts w:eastAsia="微軟正黑體"/>
                <w:sz w:val="20"/>
                <w:lang w:eastAsia="zh-TW"/>
              </w:rPr>
              <w:t>金融帳號：</w:t>
            </w:r>
            <w:r>
              <w:rPr>
                <w:rFonts w:eastAsia="微軟正黑體"/>
                <w:sz w:val="20"/>
                <w:lang w:eastAsia="zh-TW"/>
              </w:rPr>
              <w:t>____________________________________</w:t>
            </w:r>
            <w:r>
              <w:rPr>
                <w:rFonts w:eastAsia="微軟正黑體"/>
                <w:sz w:val="20"/>
                <w:lang w:eastAsia="zh-TW"/>
              </w:rPr>
              <w:t>（戶名：</w:t>
            </w:r>
            <w:r>
              <w:rPr>
                <w:rFonts w:eastAsia="微軟正黑體"/>
                <w:sz w:val="20"/>
                <w:lang w:eastAsia="zh-TW"/>
              </w:rPr>
              <w:t>________________________</w:t>
            </w:r>
            <w:r>
              <w:rPr>
                <w:rFonts w:eastAsia="微軟正黑體"/>
                <w:sz w:val="20"/>
                <w:lang w:eastAsia="zh-TW"/>
              </w:rPr>
              <w:t>）</w:t>
            </w:r>
          </w:p>
        </w:tc>
      </w:tr>
      <w:tr w:rsidR="00E808E9" w14:paraId="1B76B4B7" w14:textId="77777777" w:rsidTr="000A4ED7">
        <w:trPr>
          <w:cantSplit/>
          <w:trHeight w:val="1113"/>
          <w:jc w:val="center"/>
        </w:trPr>
        <w:tc>
          <w:tcPr>
            <w:tcW w:w="2340" w:type="dxa"/>
            <w:shd w:val="clear" w:color="auto" w:fill="F8FAFC"/>
          </w:tcPr>
          <w:p w14:paraId="4A5F95A2" w14:textId="77777777" w:rsidR="00E808E9" w:rsidRDefault="00A90C8E">
            <w:pPr>
              <w:jc w:val="center"/>
            </w:pPr>
            <w:proofErr w:type="spellStart"/>
            <w:r>
              <w:rPr>
                <w:rFonts w:eastAsia="微軟正黑體"/>
                <w:b/>
                <w:color w:val="1B365D"/>
                <w:sz w:val="20"/>
              </w:rPr>
              <w:t>存摺封面</w:t>
            </w:r>
            <w:proofErr w:type="spellEnd"/>
            <w:r>
              <w:rPr>
                <w:rFonts w:eastAsia="微軟正黑體"/>
                <w:b/>
                <w:color w:val="1B365D"/>
                <w:sz w:val="20"/>
              </w:rPr>
              <w:br/>
            </w:r>
            <w:proofErr w:type="spellStart"/>
            <w:r>
              <w:rPr>
                <w:rFonts w:eastAsia="微軟正黑體"/>
                <w:b/>
                <w:color w:val="1B365D"/>
                <w:sz w:val="20"/>
              </w:rPr>
              <w:t>影本黏貼處</w:t>
            </w:r>
            <w:proofErr w:type="spellEnd"/>
          </w:p>
        </w:tc>
        <w:tc>
          <w:tcPr>
            <w:tcW w:w="7020" w:type="dxa"/>
            <w:gridSpan w:val="3"/>
          </w:tcPr>
          <w:p w14:paraId="4FFC41D7" w14:textId="77777777" w:rsidR="00E808E9" w:rsidRDefault="00A90C8E">
            <w:pPr>
              <w:spacing w:before="560" w:after="560"/>
              <w:jc w:val="center"/>
              <w:rPr>
                <w:lang w:eastAsia="zh-TW"/>
              </w:rPr>
            </w:pPr>
            <w:r>
              <w:rPr>
                <w:rFonts w:eastAsia="微軟正黑體"/>
                <w:color w:val="64748B"/>
                <w:sz w:val="19"/>
                <w:lang w:eastAsia="zh-TW"/>
              </w:rPr>
              <w:t>【</w:t>
            </w:r>
            <w:r>
              <w:rPr>
                <w:rFonts w:eastAsia="微軟正黑體"/>
                <w:color w:val="64748B"/>
                <w:sz w:val="19"/>
                <w:lang w:eastAsia="zh-TW"/>
              </w:rPr>
              <w:t xml:space="preserve"> </w:t>
            </w:r>
            <w:r>
              <w:rPr>
                <w:rFonts w:eastAsia="微軟正黑體"/>
                <w:color w:val="64748B"/>
                <w:sz w:val="19"/>
                <w:lang w:eastAsia="zh-TW"/>
              </w:rPr>
              <w:t>請</w:t>
            </w:r>
            <w:r>
              <w:rPr>
                <w:rFonts w:eastAsia="微軟正黑體"/>
                <w:color w:val="64748B"/>
                <w:sz w:val="19"/>
                <w:lang w:eastAsia="zh-TW"/>
              </w:rPr>
              <w:t xml:space="preserve"> </w:t>
            </w:r>
            <w:r>
              <w:rPr>
                <w:rFonts w:eastAsia="微軟正黑體"/>
                <w:color w:val="64748B"/>
                <w:sz w:val="19"/>
                <w:lang w:eastAsia="zh-TW"/>
              </w:rPr>
              <w:t>將</w:t>
            </w:r>
            <w:r>
              <w:rPr>
                <w:rFonts w:eastAsia="微軟正黑體"/>
                <w:color w:val="64748B"/>
                <w:sz w:val="19"/>
                <w:lang w:eastAsia="zh-TW"/>
              </w:rPr>
              <w:t xml:space="preserve"> </w:t>
            </w:r>
            <w:r>
              <w:rPr>
                <w:rFonts w:eastAsia="微軟正黑體"/>
                <w:color w:val="64748B"/>
                <w:sz w:val="19"/>
                <w:lang w:eastAsia="zh-TW"/>
              </w:rPr>
              <w:t>退</w:t>
            </w:r>
            <w:r>
              <w:rPr>
                <w:rFonts w:eastAsia="微軟正黑體"/>
                <w:color w:val="64748B"/>
                <w:sz w:val="19"/>
                <w:lang w:eastAsia="zh-TW"/>
              </w:rPr>
              <w:t xml:space="preserve"> </w:t>
            </w:r>
            <w:r>
              <w:rPr>
                <w:rFonts w:eastAsia="微軟正黑體"/>
                <w:color w:val="64748B"/>
                <w:sz w:val="19"/>
                <w:lang w:eastAsia="zh-TW"/>
              </w:rPr>
              <w:t>款</w:t>
            </w:r>
            <w:r>
              <w:rPr>
                <w:rFonts w:eastAsia="微軟正黑體"/>
                <w:color w:val="64748B"/>
                <w:sz w:val="19"/>
                <w:lang w:eastAsia="zh-TW"/>
              </w:rPr>
              <w:t xml:space="preserve"> </w:t>
            </w:r>
            <w:r>
              <w:rPr>
                <w:rFonts w:eastAsia="微軟正黑體"/>
                <w:color w:val="64748B"/>
                <w:sz w:val="19"/>
                <w:lang w:eastAsia="zh-TW"/>
              </w:rPr>
              <w:t>帳</w:t>
            </w:r>
            <w:r>
              <w:rPr>
                <w:rFonts w:eastAsia="微軟正黑體"/>
                <w:color w:val="64748B"/>
                <w:sz w:val="19"/>
                <w:lang w:eastAsia="zh-TW"/>
              </w:rPr>
              <w:t xml:space="preserve"> </w:t>
            </w:r>
            <w:r>
              <w:rPr>
                <w:rFonts w:eastAsia="微軟正黑體"/>
                <w:color w:val="64748B"/>
                <w:sz w:val="19"/>
                <w:lang w:eastAsia="zh-TW"/>
              </w:rPr>
              <w:t>戶</w:t>
            </w:r>
            <w:r>
              <w:rPr>
                <w:rFonts w:eastAsia="微軟正黑體"/>
                <w:color w:val="64748B"/>
                <w:sz w:val="19"/>
                <w:lang w:eastAsia="zh-TW"/>
              </w:rPr>
              <w:t xml:space="preserve"> </w:t>
            </w:r>
            <w:r>
              <w:rPr>
                <w:rFonts w:eastAsia="微軟正黑體"/>
                <w:color w:val="64748B"/>
                <w:sz w:val="19"/>
                <w:lang w:eastAsia="zh-TW"/>
              </w:rPr>
              <w:t>之</w:t>
            </w:r>
            <w:r>
              <w:rPr>
                <w:rFonts w:eastAsia="微軟正黑體"/>
                <w:color w:val="64748B"/>
                <w:sz w:val="19"/>
                <w:lang w:eastAsia="zh-TW"/>
              </w:rPr>
              <w:t xml:space="preserve"> </w:t>
            </w:r>
            <w:r>
              <w:rPr>
                <w:rFonts w:eastAsia="微軟正黑體"/>
                <w:color w:val="64748B"/>
                <w:sz w:val="19"/>
                <w:lang w:eastAsia="zh-TW"/>
              </w:rPr>
              <w:t>存</w:t>
            </w:r>
            <w:r>
              <w:rPr>
                <w:rFonts w:eastAsia="微軟正黑體"/>
                <w:color w:val="64748B"/>
                <w:sz w:val="19"/>
                <w:lang w:eastAsia="zh-TW"/>
              </w:rPr>
              <w:t xml:space="preserve"> </w:t>
            </w:r>
            <w:r>
              <w:rPr>
                <w:rFonts w:eastAsia="微軟正黑體"/>
                <w:color w:val="64748B"/>
                <w:sz w:val="19"/>
                <w:lang w:eastAsia="zh-TW"/>
              </w:rPr>
              <w:t>摺</w:t>
            </w:r>
            <w:r>
              <w:rPr>
                <w:rFonts w:eastAsia="微軟正黑體"/>
                <w:color w:val="64748B"/>
                <w:sz w:val="19"/>
                <w:lang w:eastAsia="zh-TW"/>
              </w:rPr>
              <w:t xml:space="preserve"> </w:t>
            </w:r>
            <w:r>
              <w:rPr>
                <w:rFonts w:eastAsia="微軟正黑體"/>
                <w:color w:val="64748B"/>
                <w:sz w:val="19"/>
                <w:lang w:eastAsia="zh-TW"/>
              </w:rPr>
              <w:t>封</w:t>
            </w:r>
            <w:r>
              <w:rPr>
                <w:rFonts w:eastAsia="微軟正黑體"/>
                <w:color w:val="64748B"/>
                <w:sz w:val="19"/>
                <w:lang w:eastAsia="zh-TW"/>
              </w:rPr>
              <w:t xml:space="preserve"> </w:t>
            </w:r>
            <w:r>
              <w:rPr>
                <w:rFonts w:eastAsia="微軟正黑體"/>
                <w:color w:val="64748B"/>
                <w:sz w:val="19"/>
                <w:lang w:eastAsia="zh-TW"/>
              </w:rPr>
              <w:t>面</w:t>
            </w:r>
            <w:r>
              <w:rPr>
                <w:rFonts w:eastAsia="微軟正黑體"/>
                <w:color w:val="64748B"/>
                <w:sz w:val="19"/>
                <w:lang w:eastAsia="zh-TW"/>
              </w:rPr>
              <w:t xml:space="preserve"> </w:t>
            </w:r>
            <w:r>
              <w:rPr>
                <w:rFonts w:eastAsia="微軟正黑體"/>
                <w:color w:val="64748B"/>
                <w:sz w:val="19"/>
                <w:lang w:eastAsia="zh-TW"/>
              </w:rPr>
              <w:t>影</w:t>
            </w:r>
            <w:r>
              <w:rPr>
                <w:rFonts w:eastAsia="微軟正黑體"/>
                <w:color w:val="64748B"/>
                <w:sz w:val="19"/>
                <w:lang w:eastAsia="zh-TW"/>
              </w:rPr>
              <w:t xml:space="preserve"> </w:t>
            </w:r>
            <w:r>
              <w:rPr>
                <w:rFonts w:eastAsia="微軟正黑體"/>
                <w:color w:val="64748B"/>
                <w:sz w:val="19"/>
                <w:lang w:eastAsia="zh-TW"/>
              </w:rPr>
              <w:t>本</w:t>
            </w:r>
            <w:r>
              <w:rPr>
                <w:rFonts w:eastAsia="微軟正黑體"/>
                <w:color w:val="64748B"/>
                <w:sz w:val="19"/>
                <w:lang w:eastAsia="zh-TW"/>
              </w:rPr>
              <w:t xml:space="preserve"> </w:t>
            </w:r>
            <w:r>
              <w:rPr>
                <w:rFonts w:eastAsia="微軟正黑體"/>
                <w:color w:val="64748B"/>
                <w:sz w:val="19"/>
                <w:lang w:eastAsia="zh-TW"/>
              </w:rPr>
              <w:t>浮</w:t>
            </w:r>
            <w:r>
              <w:rPr>
                <w:rFonts w:eastAsia="微軟正黑體"/>
                <w:color w:val="64748B"/>
                <w:sz w:val="19"/>
                <w:lang w:eastAsia="zh-TW"/>
              </w:rPr>
              <w:t xml:space="preserve"> </w:t>
            </w:r>
            <w:r>
              <w:rPr>
                <w:rFonts w:eastAsia="微軟正黑體"/>
                <w:color w:val="64748B"/>
                <w:sz w:val="19"/>
                <w:lang w:eastAsia="zh-TW"/>
              </w:rPr>
              <w:t>貼</w:t>
            </w:r>
            <w:r>
              <w:rPr>
                <w:rFonts w:eastAsia="微軟正黑體"/>
                <w:color w:val="64748B"/>
                <w:sz w:val="19"/>
                <w:lang w:eastAsia="zh-TW"/>
              </w:rPr>
              <w:t xml:space="preserve"> </w:t>
            </w:r>
            <w:r>
              <w:rPr>
                <w:rFonts w:eastAsia="微軟正黑體"/>
                <w:color w:val="64748B"/>
                <w:sz w:val="19"/>
                <w:lang w:eastAsia="zh-TW"/>
              </w:rPr>
              <w:t>於</w:t>
            </w:r>
            <w:r>
              <w:rPr>
                <w:rFonts w:eastAsia="微軟正黑體"/>
                <w:color w:val="64748B"/>
                <w:sz w:val="19"/>
                <w:lang w:eastAsia="zh-TW"/>
              </w:rPr>
              <w:t xml:space="preserve"> </w:t>
            </w:r>
            <w:r>
              <w:rPr>
                <w:rFonts w:eastAsia="微軟正黑體"/>
                <w:color w:val="64748B"/>
                <w:sz w:val="19"/>
                <w:lang w:eastAsia="zh-TW"/>
              </w:rPr>
              <w:t>此</w:t>
            </w:r>
            <w:r>
              <w:rPr>
                <w:rFonts w:eastAsia="微軟正黑體"/>
                <w:color w:val="64748B"/>
                <w:sz w:val="19"/>
                <w:lang w:eastAsia="zh-TW"/>
              </w:rPr>
              <w:t xml:space="preserve"> </w:t>
            </w:r>
            <w:r>
              <w:rPr>
                <w:rFonts w:eastAsia="微軟正黑體"/>
                <w:color w:val="64748B"/>
                <w:sz w:val="19"/>
                <w:lang w:eastAsia="zh-TW"/>
              </w:rPr>
              <w:t>（</w:t>
            </w:r>
            <w:r>
              <w:rPr>
                <w:rFonts w:eastAsia="微軟正黑體"/>
                <w:color w:val="64748B"/>
                <w:sz w:val="19"/>
                <w:lang w:eastAsia="zh-TW"/>
              </w:rPr>
              <w:t xml:space="preserve"> </w:t>
            </w:r>
            <w:r>
              <w:rPr>
                <w:rFonts w:eastAsia="微軟正黑體"/>
                <w:color w:val="64748B"/>
                <w:sz w:val="19"/>
                <w:lang w:eastAsia="zh-TW"/>
              </w:rPr>
              <w:t>需</w:t>
            </w:r>
            <w:r>
              <w:rPr>
                <w:rFonts w:eastAsia="微軟正黑體"/>
                <w:color w:val="64748B"/>
                <w:sz w:val="19"/>
                <w:lang w:eastAsia="zh-TW"/>
              </w:rPr>
              <w:t xml:space="preserve"> </w:t>
            </w:r>
            <w:r>
              <w:rPr>
                <w:rFonts w:eastAsia="微軟正黑體"/>
                <w:color w:val="64748B"/>
                <w:sz w:val="19"/>
                <w:lang w:eastAsia="zh-TW"/>
              </w:rPr>
              <w:t>清</w:t>
            </w:r>
            <w:r>
              <w:rPr>
                <w:rFonts w:eastAsia="微軟正黑體"/>
                <w:color w:val="64748B"/>
                <w:sz w:val="19"/>
                <w:lang w:eastAsia="zh-TW"/>
              </w:rPr>
              <w:t xml:space="preserve"> </w:t>
            </w:r>
            <w:r>
              <w:rPr>
                <w:rFonts w:eastAsia="微軟正黑體"/>
                <w:color w:val="64748B"/>
                <w:sz w:val="19"/>
                <w:lang w:eastAsia="zh-TW"/>
              </w:rPr>
              <w:t>晰</w:t>
            </w:r>
            <w:r>
              <w:rPr>
                <w:rFonts w:eastAsia="微軟正黑體"/>
                <w:color w:val="64748B"/>
                <w:sz w:val="19"/>
                <w:lang w:eastAsia="zh-TW"/>
              </w:rPr>
              <w:t xml:space="preserve"> </w:t>
            </w:r>
            <w:r>
              <w:rPr>
                <w:rFonts w:eastAsia="微軟正黑體"/>
                <w:color w:val="64748B"/>
                <w:sz w:val="19"/>
                <w:lang w:eastAsia="zh-TW"/>
              </w:rPr>
              <w:t>顯</w:t>
            </w:r>
            <w:r>
              <w:rPr>
                <w:rFonts w:eastAsia="微軟正黑體"/>
                <w:color w:val="64748B"/>
                <w:sz w:val="19"/>
                <w:lang w:eastAsia="zh-TW"/>
              </w:rPr>
              <w:t xml:space="preserve"> </w:t>
            </w:r>
            <w:r>
              <w:rPr>
                <w:rFonts w:eastAsia="微軟正黑體"/>
                <w:color w:val="64748B"/>
                <w:sz w:val="19"/>
                <w:lang w:eastAsia="zh-TW"/>
              </w:rPr>
              <w:t>示</w:t>
            </w:r>
            <w:r>
              <w:rPr>
                <w:rFonts w:eastAsia="微軟正黑體"/>
                <w:color w:val="64748B"/>
                <w:sz w:val="19"/>
                <w:lang w:eastAsia="zh-TW"/>
              </w:rPr>
              <w:t xml:space="preserve"> </w:t>
            </w:r>
            <w:r>
              <w:rPr>
                <w:rFonts w:eastAsia="微軟正黑體"/>
                <w:color w:val="64748B"/>
                <w:sz w:val="19"/>
                <w:lang w:eastAsia="zh-TW"/>
              </w:rPr>
              <w:t>銀</w:t>
            </w:r>
            <w:r>
              <w:rPr>
                <w:rFonts w:eastAsia="微軟正黑體"/>
                <w:color w:val="64748B"/>
                <w:sz w:val="19"/>
                <w:lang w:eastAsia="zh-TW"/>
              </w:rPr>
              <w:t xml:space="preserve"> </w:t>
            </w:r>
            <w:r>
              <w:rPr>
                <w:rFonts w:eastAsia="微軟正黑體"/>
                <w:color w:val="64748B"/>
                <w:sz w:val="19"/>
                <w:lang w:eastAsia="zh-TW"/>
              </w:rPr>
              <w:t>行</w:t>
            </w:r>
            <w:r>
              <w:rPr>
                <w:rFonts w:eastAsia="微軟正黑體"/>
                <w:color w:val="64748B"/>
                <w:sz w:val="19"/>
                <w:lang w:eastAsia="zh-TW"/>
              </w:rPr>
              <w:t xml:space="preserve"> </w:t>
            </w:r>
            <w:r>
              <w:rPr>
                <w:rFonts w:eastAsia="微軟正黑體"/>
                <w:color w:val="64748B"/>
                <w:sz w:val="19"/>
                <w:lang w:eastAsia="zh-TW"/>
              </w:rPr>
              <w:t>、</w:t>
            </w:r>
            <w:r>
              <w:rPr>
                <w:rFonts w:eastAsia="微軟正黑體"/>
                <w:color w:val="64748B"/>
                <w:sz w:val="19"/>
                <w:lang w:eastAsia="zh-TW"/>
              </w:rPr>
              <w:t xml:space="preserve"> </w:t>
            </w:r>
            <w:r>
              <w:rPr>
                <w:rFonts w:eastAsia="微軟正黑體"/>
                <w:color w:val="64748B"/>
                <w:sz w:val="19"/>
                <w:lang w:eastAsia="zh-TW"/>
              </w:rPr>
              <w:t>帳</w:t>
            </w:r>
            <w:r>
              <w:rPr>
                <w:rFonts w:eastAsia="微軟正黑體"/>
                <w:color w:val="64748B"/>
                <w:sz w:val="19"/>
                <w:lang w:eastAsia="zh-TW"/>
              </w:rPr>
              <w:t xml:space="preserve"> </w:t>
            </w:r>
            <w:r>
              <w:rPr>
                <w:rFonts w:eastAsia="微軟正黑體"/>
                <w:color w:val="64748B"/>
                <w:sz w:val="19"/>
                <w:lang w:eastAsia="zh-TW"/>
              </w:rPr>
              <w:t>號</w:t>
            </w:r>
            <w:r>
              <w:rPr>
                <w:rFonts w:eastAsia="微軟正黑體"/>
                <w:color w:val="64748B"/>
                <w:sz w:val="19"/>
                <w:lang w:eastAsia="zh-TW"/>
              </w:rPr>
              <w:t xml:space="preserve"> </w:t>
            </w:r>
            <w:r>
              <w:rPr>
                <w:rFonts w:eastAsia="微軟正黑體"/>
                <w:color w:val="64748B"/>
                <w:sz w:val="19"/>
                <w:lang w:eastAsia="zh-TW"/>
              </w:rPr>
              <w:t>與</w:t>
            </w:r>
            <w:r>
              <w:rPr>
                <w:rFonts w:eastAsia="微軟正黑體"/>
                <w:color w:val="64748B"/>
                <w:sz w:val="19"/>
                <w:lang w:eastAsia="zh-TW"/>
              </w:rPr>
              <w:t xml:space="preserve"> </w:t>
            </w:r>
            <w:r>
              <w:rPr>
                <w:rFonts w:eastAsia="微軟正黑體"/>
                <w:color w:val="64748B"/>
                <w:sz w:val="19"/>
                <w:lang w:eastAsia="zh-TW"/>
              </w:rPr>
              <w:t>戶</w:t>
            </w:r>
            <w:r>
              <w:rPr>
                <w:rFonts w:eastAsia="微軟正黑體"/>
                <w:color w:val="64748B"/>
                <w:sz w:val="19"/>
                <w:lang w:eastAsia="zh-TW"/>
              </w:rPr>
              <w:t xml:space="preserve"> </w:t>
            </w:r>
            <w:r>
              <w:rPr>
                <w:rFonts w:eastAsia="微軟正黑體"/>
                <w:color w:val="64748B"/>
                <w:sz w:val="19"/>
                <w:lang w:eastAsia="zh-TW"/>
              </w:rPr>
              <w:t>名</w:t>
            </w:r>
            <w:r>
              <w:rPr>
                <w:rFonts w:eastAsia="微軟正黑體"/>
                <w:color w:val="64748B"/>
                <w:sz w:val="19"/>
                <w:lang w:eastAsia="zh-TW"/>
              </w:rPr>
              <w:t xml:space="preserve"> </w:t>
            </w:r>
            <w:r>
              <w:rPr>
                <w:rFonts w:eastAsia="微軟正黑體"/>
                <w:color w:val="64748B"/>
                <w:sz w:val="19"/>
                <w:lang w:eastAsia="zh-TW"/>
              </w:rPr>
              <w:t>）</w:t>
            </w:r>
            <w:r>
              <w:rPr>
                <w:rFonts w:eastAsia="微軟正黑體"/>
                <w:color w:val="64748B"/>
                <w:sz w:val="19"/>
                <w:lang w:eastAsia="zh-TW"/>
              </w:rPr>
              <w:t xml:space="preserve"> </w:t>
            </w:r>
            <w:r>
              <w:rPr>
                <w:rFonts w:eastAsia="微軟正黑體"/>
                <w:color w:val="64748B"/>
                <w:sz w:val="19"/>
                <w:lang w:eastAsia="zh-TW"/>
              </w:rPr>
              <w:t>】</w:t>
            </w:r>
          </w:p>
        </w:tc>
      </w:tr>
      <w:tr w:rsidR="00E808E9" w14:paraId="1F95D5F1" w14:textId="77777777">
        <w:trPr>
          <w:cantSplit/>
          <w:jc w:val="center"/>
        </w:trPr>
        <w:tc>
          <w:tcPr>
            <w:tcW w:w="2340" w:type="dxa"/>
            <w:shd w:val="clear" w:color="auto" w:fill="F8FAFC"/>
          </w:tcPr>
          <w:p w14:paraId="33FFA1A1" w14:textId="77777777" w:rsidR="00E808E9" w:rsidRDefault="00A90C8E">
            <w:pPr>
              <w:jc w:val="center"/>
            </w:pPr>
            <w:r>
              <w:rPr>
                <w:rFonts w:eastAsia="微軟正黑體"/>
                <w:b/>
                <w:color w:val="1B365D"/>
                <w:sz w:val="20"/>
              </w:rPr>
              <w:t>備　　註</w:t>
            </w:r>
          </w:p>
        </w:tc>
        <w:tc>
          <w:tcPr>
            <w:tcW w:w="7020" w:type="dxa"/>
            <w:gridSpan w:val="3"/>
          </w:tcPr>
          <w:p w14:paraId="57D22D8B" w14:textId="1573B9D6" w:rsidR="003C158C" w:rsidRPr="003C158C" w:rsidRDefault="00A90C8E" w:rsidP="003C158C">
            <w:pPr>
              <w:pStyle w:val="ae"/>
              <w:numPr>
                <w:ilvl w:val="0"/>
                <w:numId w:val="13"/>
              </w:numPr>
              <w:spacing w:after="0"/>
              <w:ind w:left="340" w:hanging="340"/>
              <w:rPr>
                <w:rFonts w:ascii="微軟正黑體" w:eastAsia="微軟正黑體" w:hAnsi="微軟正黑體"/>
                <w:sz w:val="18"/>
                <w:szCs w:val="18"/>
                <w:lang w:eastAsia="zh-TW"/>
              </w:rPr>
            </w:pPr>
            <w:r w:rsidRPr="003C158C">
              <w:rPr>
                <w:rFonts w:ascii="微軟正黑體" w:eastAsia="微軟正黑體" w:hAnsi="微軟正黑體"/>
                <w:sz w:val="18"/>
                <w:szCs w:val="18"/>
                <w:lang w:eastAsia="zh-TW"/>
              </w:rPr>
              <w:t>郵寄退券地址：424 臺中市和平區東關路一段 138 號 龍谷觀光大飯店 財務組 收。</w:t>
            </w:r>
          </w:p>
          <w:p w14:paraId="39D4544A" w14:textId="2880801E" w:rsidR="003C158C" w:rsidRPr="003C158C" w:rsidRDefault="00A90C8E" w:rsidP="003C158C">
            <w:pPr>
              <w:pStyle w:val="ae"/>
              <w:numPr>
                <w:ilvl w:val="0"/>
                <w:numId w:val="13"/>
              </w:numPr>
              <w:spacing w:after="0"/>
              <w:ind w:left="340" w:hanging="340"/>
              <w:rPr>
                <w:rFonts w:ascii="微軟正黑體" w:eastAsia="微軟正黑體" w:hAnsi="微軟正黑體"/>
                <w:sz w:val="18"/>
                <w:szCs w:val="18"/>
                <w:lang w:eastAsia="zh-TW"/>
              </w:rPr>
            </w:pPr>
            <w:r w:rsidRPr="003C158C">
              <w:rPr>
                <w:rFonts w:ascii="微軟正黑體" w:eastAsia="微軟正黑體" w:hAnsi="微軟正黑體"/>
                <w:sz w:val="18"/>
                <w:szCs w:val="18"/>
                <w:lang w:eastAsia="zh-TW"/>
              </w:rPr>
              <w:t>第一階段退票受理截止日為 2026/12/10（民國 115 年 12 月 10 日，以郵戳為憑）；如逾期請待第二階段退票時間公告。</w:t>
            </w:r>
          </w:p>
          <w:p w14:paraId="1B4E2C72" w14:textId="480B4C8F" w:rsidR="003C158C" w:rsidRPr="003C158C" w:rsidRDefault="00A90C8E" w:rsidP="003C158C">
            <w:pPr>
              <w:pStyle w:val="ae"/>
              <w:numPr>
                <w:ilvl w:val="0"/>
                <w:numId w:val="13"/>
              </w:numPr>
              <w:spacing w:after="0"/>
              <w:ind w:left="340" w:hanging="340"/>
              <w:rPr>
                <w:rFonts w:ascii="微軟正黑體" w:eastAsia="微軟正黑體" w:hAnsi="微軟正黑體"/>
                <w:sz w:val="18"/>
                <w:szCs w:val="18"/>
                <w:lang w:eastAsia="zh-TW"/>
              </w:rPr>
            </w:pPr>
            <w:r w:rsidRPr="003C158C">
              <w:rPr>
                <w:rFonts w:ascii="微軟正黑體" w:eastAsia="微軟正黑體" w:hAnsi="微軟正黑體"/>
                <w:sz w:val="18"/>
                <w:szCs w:val="18"/>
                <w:lang w:eastAsia="zh-TW"/>
              </w:rPr>
              <w:t>票券上如有註明為「招待券」，則無法退款。</w:t>
            </w:r>
          </w:p>
          <w:p w14:paraId="25ECB2A0" w14:textId="09FBDA69" w:rsidR="003C158C" w:rsidRPr="003C158C" w:rsidRDefault="00A90C8E" w:rsidP="003C158C">
            <w:pPr>
              <w:pStyle w:val="ae"/>
              <w:numPr>
                <w:ilvl w:val="0"/>
                <w:numId w:val="13"/>
              </w:numPr>
              <w:spacing w:after="0"/>
              <w:ind w:left="340" w:hanging="340"/>
              <w:rPr>
                <w:rFonts w:ascii="微軟正黑體" w:eastAsia="微軟正黑體" w:hAnsi="微軟正黑體"/>
                <w:sz w:val="18"/>
                <w:szCs w:val="18"/>
                <w:lang w:eastAsia="zh-TW"/>
              </w:rPr>
            </w:pPr>
            <w:r w:rsidRPr="003C158C">
              <w:rPr>
                <w:rFonts w:ascii="微軟正黑體" w:eastAsia="微軟正黑體" w:hAnsi="微軟正黑體"/>
                <w:sz w:val="18"/>
                <w:szCs w:val="18"/>
                <w:lang w:eastAsia="zh-TW"/>
              </w:rPr>
              <w:t>本飯店收訖並查驗票券無誤後，款項將電匯至上方所列帳戶；跨行匯款若產生手續費依規定辦理。</w:t>
            </w:r>
          </w:p>
          <w:p w14:paraId="70E86C76" w14:textId="160195BE" w:rsidR="000A4ED7" w:rsidRPr="000A4ED7" w:rsidRDefault="000A4ED7" w:rsidP="003C158C">
            <w:pPr>
              <w:pStyle w:val="ae"/>
              <w:numPr>
                <w:ilvl w:val="0"/>
                <w:numId w:val="13"/>
              </w:numPr>
              <w:spacing w:after="0" w:line="240" w:lineRule="auto"/>
              <w:ind w:left="340" w:hanging="340"/>
              <w:rPr>
                <w:rFonts w:ascii="微軟正黑體" w:eastAsia="微軟正黑體" w:hAnsi="微軟正黑體"/>
                <w:sz w:val="18"/>
                <w:szCs w:val="18"/>
                <w:lang w:eastAsia="zh-TW"/>
              </w:rPr>
            </w:pPr>
            <w:r w:rsidRPr="00A36A1A">
              <w:rPr>
                <w:rFonts w:ascii="微軟正黑體" w:eastAsia="微軟正黑體" w:hAnsi="微軟正黑體"/>
                <w:color w:val="EE0000"/>
                <w:sz w:val="18"/>
                <w:lang w:eastAsia="zh-TW"/>
              </w:rPr>
              <w:t>寄出前請再次確認：① 實體票券正本、② 退券申請表</w:t>
            </w:r>
            <w:r w:rsidR="00A36A1A" w:rsidRPr="00A36A1A">
              <w:rPr>
                <w:rFonts w:ascii="微軟正黑體" w:eastAsia="微軟正黑體" w:hAnsi="微軟正黑體" w:hint="eastAsia"/>
                <w:color w:val="EE0000"/>
                <w:sz w:val="18"/>
                <w:lang w:eastAsia="zh-TW"/>
              </w:rPr>
              <w:t>及個資使用同意書</w:t>
            </w:r>
            <w:r w:rsidRPr="00A36A1A">
              <w:rPr>
                <w:rFonts w:ascii="微軟正黑體" w:eastAsia="微軟正黑體" w:hAnsi="微軟正黑體"/>
                <w:color w:val="EE0000"/>
                <w:sz w:val="18"/>
                <w:lang w:eastAsia="zh-TW"/>
              </w:rPr>
              <w:t>填寫完整並簽章、③ 存摺封面影本。</w:t>
            </w:r>
          </w:p>
        </w:tc>
      </w:tr>
      <w:tr w:rsidR="00E808E9" w14:paraId="77CCF3A9" w14:textId="77777777">
        <w:trPr>
          <w:cantSplit/>
          <w:jc w:val="center"/>
        </w:trPr>
        <w:tc>
          <w:tcPr>
            <w:tcW w:w="2340" w:type="dxa"/>
            <w:shd w:val="clear" w:color="auto" w:fill="F8FAFC"/>
          </w:tcPr>
          <w:p w14:paraId="523D47C1" w14:textId="77777777" w:rsidR="00E808E9" w:rsidRDefault="00A90C8E">
            <w:pPr>
              <w:jc w:val="center"/>
            </w:pPr>
            <w:proofErr w:type="spellStart"/>
            <w:r>
              <w:rPr>
                <w:rFonts w:eastAsia="微軟正黑體"/>
                <w:b/>
                <w:color w:val="1B365D"/>
                <w:sz w:val="20"/>
              </w:rPr>
              <w:t>審核簽章</w:t>
            </w:r>
            <w:proofErr w:type="spellEnd"/>
          </w:p>
        </w:tc>
        <w:tc>
          <w:tcPr>
            <w:tcW w:w="7020" w:type="dxa"/>
            <w:gridSpan w:val="3"/>
          </w:tcPr>
          <w:p w14:paraId="294E70FE" w14:textId="77777777" w:rsidR="00820C58" w:rsidRDefault="00A90C8E">
            <w:pPr>
              <w:spacing w:before="120" w:after="120"/>
              <w:rPr>
                <w:rFonts w:eastAsia="微軟正黑體"/>
                <w:b/>
                <w:sz w:val="19"/>
                <w:lang w:eastAsia="zh-TW"/>
              </w:rPr>
            </w:pPr>
            <w:r>
              <w:rPr>
                <w:rFonts w:eastAsia="微軟正黑體"/>
                <w:b/>
                <w:sz w:val="19"/>
                <w:lang w:eastAsia="zh-TW"/>
              </w:rPr>
              <w:t>退券人簽章：</w:t>
            </w:r>
            <w:r>
              <w:rPr>
                <w:rFonts w:eastAsia="微軟正黑體"/>
                <w:b/>
                <w:sz w:val="19"/>
                <w:lang w:eastAsia="zh-TW"/>
              </w:rPr>
              <w:t>__________________</w:t>
            </w:r>
            <w:r>
              <w:rPr>
                <w:rFonts w:eastAsia="微軟正黑體"/>
                <w:b/>
                <w:sz w:val="19"/>
                <w:lang w:eastAsia="zh-TW"/>
              </w:rPr>
              <w:t xml:space="preserve">　　</w:t>
            </w:r>
          </w:p>
          <w:p w14:paraId="13F6A2B7" w14:textId="305E361B" w:rsidR="00E808E9" w:rsidRDefault="00A90C8E">
            <w:pPr>
              <w:spacing w:before="120" w:after="120"/>
              <w:rPr>
                <w:lang w:eastAsia="zh-TW"/>
              </w:rPr>
            </w:pPr>
            <w:r>
              <w:rPr>
                <w:rFonts w:eastAsia="微軟正黑體"/>
                <w:b/>
                <w:sz w:val="19"/>
                <w:lang w:eastAsia="zh-TW"/>
              </w:rPr>
              <w:t>飯店經手人：</w:t>
            </w:r>
            <w:r>
              <w:rPr>
                <w:rFonts w:eastAsia="微軟正黑體"/>
                <w:b/>
                <w:sz w:val="19"/>
                <w:lang w:eastAsia="zh-TW"/>
              </w:rPr>
              <w:t>__________________</w:t>
            </w:r>
            <w:r>
              <w:rPr>
                <w:rFonts w:eastAsia="微軟正黑體"/>
                <w:b/>
                <w:sz w:val="19"/>
                <w:lang w:eastAsia="zh-TW"/>
              </w:rPr>
              <w:t xml:space="preserve">　　財務核准：</w:t>
            </w:r>
            <w:r>
              <w:rPr>
                <w:rFonts w:eastAsia="微軟正黑體"/>
                <w:b/>
                <w:sz w:val="19"/>
                <w:lang w:eastAsia="zh-TW"/>
              </w:rPr>
              <w:t>__________________</w:t>
            </w:r>
          </w:p>
        </w:tc>
      </w:tr>
    </w:tbl>
    <w:p w14:paraId="48241B81" w14:textId="2104FD72" w:rsidR="00E57663" w:rsidRDefault="00E57663">
      <w:pPr>
        <w:rPr>
          <w:lang w:eastAsia="zh-TW"/>
        </w:rPr>
      </w:pPr>
    </w:p>
    <w:p w14:paraId="68432CA6" w14:textId="77777777" w:rsidR="00E57663" w:rsidRPr="00B53400" w:rsidRDefault="00E57663" w:rsidP="000A4ED7">
      <w:pPr>
        <w:pageBreakBefore/>
        <w:spacing w:after="0" w:line="240" w:lineRule="auto"/>
        <w:jc w:val="center"/>
        <w:rPr>
          <w:rFonts w:ascii="微軟正黑體" w:eastAsia="微軟正黑體" w:hAnsi="微軟正黑體"/>
          <w:b/>
          <w:bCs/>
          <w:color w:val="auto"/>
          <w:sz w:val="28"/>
          <w:szCs w:val="28"/>
          <w:lang w:eastAsia="zh-TW"/>
        </w:rPr>
      </w:pPr>
      <w:r w:rsidRPr="00B53400">
        <w:rPr>
          <w:rFonts w:ascii="微軟正黑體" w:eastAsia="微軟正黑體" w:hAnsi="微軟正黑體"/>
          <w:b/>
          <w:bCs/>
          <w:color w:val="auto"/>
          <w:sz w:val="28"/>
          <w:szCs w:val="28"/>
          <w:lang w:eastAsia="zh-TW"/>
        </w:rPr>
        <w:lastRenderedPageBreak/>
        <w:t>龍谷觀光事業股份有限公司（龍谷大飯店）</w:t>
      </w:r>
      <w:r w:rsidRPr="00B53400">
        <w:rPr>
          <w:rFonts w:ascii="微軟正黑體" w:eastAsia="微軟正黑體" w:hAnsi="微軟正黑體" w:hint="eastAsia"/>
          <w:b/>
          <w:bCs/>
          <w:color w:val="auto"/>
          <w:sz w:val="28"/>
          <w:szCs w:val="28"/>
          <w:lang w:eastAsia="zh-TW"/>
        </w:rPr>
        <w:t>個人資料使用同意書</w:t>
      </w:r>
    </w:p>
    <w:p w14:paraId="7414C5E1" w14:textId="77777777" w:rsidR="00E57663" w:rsidRPr="00B53400" w:rsidRDefault="00E57663" w:rsidP="000A4ED7">
      <w:pPr>
        <w:spacing w:after="0" w:line="240" w:lineRule="auto"/>
        <w:rPr>
          <w:rFonts w:ascii="微軟正黑體" w:eastAsia="微軟正黑體" w:hAnsi="微軟正黑體"/>
          <w:color w:val="auto"/>
          <w:lang w:eastAsia="zh-TW"/>
        </w:rPr>
      </w:pPr>
    </w:p>
    <w:p w14:paraId="5BF82B6B" w14:textId="77777777" w:rsidR="00E57663" w:rsidRPr="00B53400" w:rsidRDefault="00E57663" w:rsidP="000A4ED7">
      <w:pPr>
        <w:spacing w:after="0" w:line="240" w:lineRule="auto"/>
        <w:rPr>
          <w:rFonts w:ascii="微軟正黑體" w:eastAsia="微軟正黑體" w:hAnsi="微軟正黑體"/>
          <w:color w:val="auto"/>
          <w:lang w:eastAsia="zh-TW"/>
        </w:rPr>
      </w:pPr>
      <w:r w:rsidRPr="00B53400">
        <w:rPr>
          <w:rFonts w:ascii="微軟正黑體" w:eastAsia="微軟正黑體" w:hAnsi="微軟正黑體" w:hint="eastAsia"/>
          <w:color w:val="auto"/>
          <w:lang w:eastAsia="zh-TW"/>
        </w:rPr>
        <w:t>為保障您的權益，</w:t>
      </w:r>
      <w:r w:rsidRPr="00B53400">
        <w:rPr>
          <w:rFonts w:ascii="微軟正黑體" w:eastAsia="微軟正黑體" w:hAnsi="微軟正黑體"/>
          <w:color w:val="auto"/>
          <w:lang w:eastAsia="zh-TW"/>
        </w:rPr>
        <w:t>龍谷觀光事業股份有限公司（龍谷大飯店）</w:t>
      </w:r>
      <w:r w:rsidRPr="00B53400">
        <w:rPr>
          <w:rFonts w:ascii="微軟正黑體" w:eastAsia="微軟正黑體" w:hAnsi="微軟正黑體" w:hint="eastAsia"/>
          <w:color w:val="auto"/>
          <w:lang w:eastAsia="zh-TW"/>
        </w:rPr>
        <w:t>，將依據個人資料保護法(以下簡稱個資法)第八條相關規定，向您告知下列事項。</w:t>
      </w:r>
    </w:p>
    <w:p w14:paraId="5AA68A40" w14:textId="77777777" w:rsidR="00E57663" w:rsidRPr="00B53400" w:rsidRDefault="00E57663" w:rsidP="000A4ED7">
      <w:pPr>
        <w:spacing w:after="0" w:line="240" w:lineRule="auto"/>
        <w:rPr>
          <w:rFonts w:ascii="微軟正黑體" w:eastAsia="微軟正黑體" w:hAnsi="微軟正黑體"/>
          <w:color w:val="auto"/>
          <w:lang w:eastAsia="zh-TW"/>
        </w:rPr>
      </w:pPr>
    </w:p>
    <w:p w14:paraId="4212A60C" w14:textId="77777777" w:rsidR="00E57663" w:rsidRPr="00B53400" w:rsidRDefault="00E57663" w:rsidP="000A4ED7">
      <w:pPr>
        <w:pStyle w:val="ae"/>
        <w:numPr>
          <w:ilvl w:val="0"/>
          <w:numId w:val="12"/>
        </w:numPr>
        <w:spacing w:after="0" w:line="240" w:lineRule="auto"/>
        <w:contextualSpacing w:val="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蒐集之目的</w:t>
      </w:r>
      <w:r w:rsidRPr="00B53400">
        <w:rPr>
          <w:rFonts w:ascii="微軟正黑體" w:eastAsia="微軟正黑體" w:hAnsi="微軟正黑體" w:cs="Arial"/>
          <w:color w:val="auto"/>
          <w:lang w:eastAsia="zh-TW"/>
        </w:rPr>
        <w:br/>
        <w:t>本公司基於</w:t>
      </w:r>
      <w:r w:rsidRPr="00B53400">
        <w:rPr>
          <w:rFonts w:ascii="微軟正黑體" w:eastAsia="微軟正黑體" w:hAnsi="微軟正黑體" w:cs="Arial" w:hint="eastAsia"/>
          <w:color w:val="auto"/>
          <w:lang w:eastAsia="zh-TW"/>
        </w:rPr>
        <w:t>辦理</w:t>
      </w:r>
      <w:r w:rsidRPr="00B53400">
        <w:rPr>
          <w:rFonts w:ascii="微軟正黑體" w:eastAsia="微軟正黑體" w:hAnsi="微軟正黑體" w:cs="Arial"/>
          <w:color w:val="auto"/>
          <w:lang w:eastAsia="zh-TW"/>
        </w:rPr>
        <w:t>有效</w:t>
      </w:r>
      <w:r w:rsidRPr="00B53400">
        <w:rPr>
          <w:rFonts w:ascii="微軟正黑體" w:eastAsia="微軟正黑體" w:hAnsi="微軟正黑體" w:cs="Arial"/>
          <w:b/>
          <w:color w:val="auto"/>
          <w:lang w:eastAsia="zh-TW"/>
        </w:rPr>
        <w:t>「泡湯券」</w:t>
      </w:r>
      <w:r w:rsidRPr="00B53400">
        <w:rPr>
          <w:rFonts w:ascii="微軟正黑體" w:eastAsia="微軟正黑體" w:hAnsi="微軟正黑體" w:cs="Arial"/>
          <w:color w:val="auto"/>
          <w:lang w:eastAsia="zh-TW"/>
        </w:rPr>
        <w:t>或</w:t>
      </w:r>
      <w:r w:rsidRPr="00B53400">
        <w:rPr>
          <w:rFonts w:ascii="微軟正黑體" w:eastAsia="微軟正黑體" w:hAnsi="微軟正黑體" w:cs="Arial"/>
          <w:b/>
          <w:color w:val="auto"/>
          <w:lang w:eastAsia="zh-TW"/>
        </w:rPr>
        <w:t>「住宿券」</w:t>
      </w:r>
      <w:r w:rsidRPr="00B53400">
        <w:rPr>
          <w:rFonts w:ascii="微軟正黑體" w:eastAsia="微軟正黑體" w:hAnsi="微軟正黑體" w:cs="Arial" w:hint="eastAsia"/>
          <w:color w:val="auto"/>
          <w:lang w:eastAsia="zh-TW"/>
        </w:rPr>
        <w:t>票券退費</w:t>
      </w:r>
      <w:r w:rsidRPr="00B53400">
        <w:rPr>
          <w:rFonts w:ascii="微軟正黑體" w:eastAsia="微軟正黑體" w:hAnsi="微軟正黑體" w:cs="Arial"/>
          <w:color w:val="auto"/>
          <w:lang w:eastAsia="zh-TW"/>
        </w:rPr>
        <w:t>之特定目的，蒐集、處理及利用您的個人資料。</w:t>
      </w:r>
    </w:p>
    <w:p w14:paraId="6078EA4E" w14:textId="77777777" w:rsidR="00E57663" w:rsidRPr="00B53400" w:rsidRDefault="00E57663" w:rsidP="000A4ED7">
      <w:pPr>
        <w:pStyle w:val="ae"/>
        <w:numPr>
          <w:ilvl w:val="0"/>
          <w:numId w:val="12"/>
        </w:numPr>
        <w:spacing w:after="0" w:line="240" w:lineRule="auto"/>
        <w:contextualSpacing w:val="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蒐集之個人資料類別</w:t>
      </w:r>
      <w:r w:rsidRPr="00B53400">
        <w:rPr>
          <w:rFonts w:ascii="微軟正黑體" w:eastAsia="微軟正黑體" w:hAnsi="微軟正黑體" w:cs="Arial"/>
          <w:color w:val="auto"/>
          <w:lang w:eastAsia="zh-TW"/>
        </w:rPr>
        <w:br/>
        <w:t>包含但不限於您的姓名、身分證字號、聯絡電話、電子郵件地址、</w:t>
      </w:r>
      <w:r w:rsidRPr="00B53400">
        <w:rPr>
          <w:rFonts w:ascii="微軟正黑體" w:eastAsia="微軟正黑體" w:hAnsi="微軟正黑體" w:cs="Arial" w:hint="eastAsia"/>
          <w:color w:val="auto"/>
          <w:lang w:eastAsia="zh-TW"/>
        </w:rPr>
        <w:t>通訊</w:t>
      </w:r>
      <w:r w:rsidRPr="00B53400">
        <w:rPr>
          <w:rFonts w:ascii="微軟正黑體" w:eastAsia="微軟正黑體" w:hAnsi="微軟正黑體" w:cs="Arial"/>
          <w:color w:val="auto"/>
          <w:lang w:eastAsia="zh-TW"/>
        </w:rPr>
        <w:t>地址</w:t>
      </w:r>
      <w:r w:rsidRPr="00B53400">
        <w:rPr>
          <w:rFonts w:ascii="微軟正黑體" w:eastAsia="微軟正黑體" w:hAnsi="微軟正黑體" w:cs="Arial" w:hint="eastAsia"/>
          <w:color w:val="auto"/>
          <w:lang w:eastAsia="zh-TW"/>
        </w:rPr>
        <w:t>、個人金融帳戶、存摺封面</w:t>
      </w:r>
      <w:r w:rsidRPr="00B53400">
        <w:rPr>
          <w:rFonts w:ascii="微軟正黑體" w:eastAsia="微軟正黑體" w:hAnsi="微軟正黑體" w:cs="Arial"/>
          <w:color w:val="auto"/>
          <w:lang w:eastAsia="zh-TW"/>
        </w:rPr>
        <w:t>等得以直接或間接識別您個人之資料。</w:t>
      </w:r>
    </w:p>
    <w:p w14:paraId="19C1AB46" w14:textId="77777777" w:rsidR="00E57663" w:rsidRPr="00B53400" w:rsidRDefault="00E57663" w:rsidP="000A4ED7">
      <w:pPr>
        <w:pStyle w:val="ae"/>
        <w:numPr>
          <w:ilvl w:val="0"/>
          <w:numId w:val="12"/>
        </w:numPr>
        <w:spacing w:after="0" w:line="240" w:lineRule="auto"/>
        <w:contextualSpacing w:val="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個人資料利用之期間、地區、對象及方式</w:t>
      </w:r>
    </w:p>
    <w:p w14:paraId="2E017DD5" w14:textId="414E417E" w:rsidR="00E57663" w:rsidRPr="00B53400" w:rsidRDefault="00E57663" w:rsidP="000A4ED7">
      <w:pPr>
        <w:numPr>
          <w:ilvl w:val="0"/>
          <w:numId w:val="10"/>
        </w:numPr>
        <w:tabs>
          <w:tab w:val="clear" w:pos="786"/>
          <w:tab w:val="num" w:pos="709"/>
        </w:tabs>
        <w:spacing w:after="0" w:line="240" w:lineRule="auto"/>
        <w:ind w:leftChars="200" w:left="660" w:hangingChars="100" w:hanging="22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期間：</w:t>
      </w:r>
      <w:r w:rsidRPr="00B53400">
        <w:rPr>
          <w:rFonts w:ascii="微軟正黑體" w:eastAsia="微軟正黑體" w:hAnsi="微軟正黑體" w:hint="eastAsia"/>
          <w:color w:val="auto"/>
          <w:lang w:eastAsia="zh-TW"/>
        </w:rPr>
        <w:t>龍谷大飯店辦理相關退票作業時間使用，除當事人請求刪除、法令限制外，檔案紀錄留存一年後銷毀。</w:t>
      </w:r>
    </w:p>
    <w:p w14:paraId="199AFC92" w14:textId="73FA08B1" w:rsidR="00E57663" w:rsidRPr="00B53400" w:rsidRDefault="00E57663" w:rsidP="000A4ED7">
      <w:pPr>
        <w:numPr>
          <w:ilvl w:val="0"/>
          <w:numId w:val="10"/>
        </w:numPr>
        <w:tabs>
          <w:tab w:val="clear" w:pos="786"/>
          <w:tab w:val="num" w:pos="709"/>
        </w:tabs>
        <w:spacing w:after="0" w:line="240" w:lineRule="auto"/>
        <w:ind w:leftChars="200" w:left="660" w:hangingChars="100" w:hanging="22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地區：</w:t>
      </w:r>
      <w:r w:rsidRPr="00B53400">
        <w:rPr>
          <w:rFonts w:ascii="微軟正黑體" w:eastAsia="微軟正黑體" w:hAnsi="微軟正黑體" w:cs="Arial" w:hint="eastAsia"/>
          <w:color w:val="auto"/>
          <w:lang w:eastAsia="zh-TW"/>
        </w:rPr>
        <w:t>龍谷觀光大飯店內部。</w:t>
      </w:r>
    </w:p>
    <w:p w14:paraId="27A2C8BE" w14:textId="6D619970" w:rsidR="00E57663" w:rsidRPr="00B53400" w:rsidRDefault="00E57663" w:rsidP="000A4ED7">
      <w:pPr>
        <w:numPr>
          <w:ilvl w:val="0"/>
          <w:numId w:val="10"/>
        </w:numPr>
        <w:tabs>
          <w:tab w:val="clear" w:pos="786"/>
          <w:tab w:val="num" w:pos="709"/>
        </w:tabs>
        <w:spacing w:after="0" w:line="240" w:lineRule="auto"/>
        <w:ind w:leftChars="200" w:left="660" w:hangingChars="100" w:hanging="22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對象：</w:t>
      </w:r>
      <w:r w:rsidRPr="00B53400">
        <w:rPr>
          <w:rFonts w:ascii="微軟正黑體" w:eastAsia="微軟正黑體" w:hAnsi="微軟正黑體" w:cs="Arial" w:hint="eastAsia"/>
          <w:color w:val="auto"/>
          <w:lang w:eastAsia="zh-TW"/>
        </w:rPr>
        <w:t>所有持有本飯店發行且尚未使用之有效泡湯券或住宿券辦理退費之貴賓。</w:t>
      </w:r>
    </w:p>
    <w:p w14:paraId="1C476AD4" w14:textId="7EDDE242" w:rsidR="00E57663" w:rsidRPr="00B53400" w:rsidRDefault="00E57663" w:rsidP="000A4ED7">
      <w:pPr>
        <w:numPr>
          <w:ilvl w:val="0"/>
          <w:numId w:val="10"/>
        </w:numPr>
        <w:tabs>
          <w:tab w:val="clear" w:pos="786"/>
          <w:tab w:val="num" w:pos="709"/>
        </w:tabs>
        <w:spacing w:after="0" w:line="240" w:lineRule="auto"/>
        <w:ind w:leftChars="200" w:left="660" w:hangingChars="100" w:hanging="22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方式</w:t>
      </w:r>
      <w:r w:rsidRPr="00B53400">
        <w:rPr>
          <w:rFonts w:ascii="微軟正黑體" w:eastAsia="微軟正黑體" w:hAnsi="微軟正黑體" w:cs="Arial" w:hint="eastAsia"/>
          <w:color w:val="auto"/>
          <w:lang w:eastAsia="zh-TW"/>
        </w:rPr>
        <w:t>：</w:t>
      </w:r>
      <w:r w:rsidR="000A4ED7" w:rsidRPr="00B53400">
        <w:rPr>
          <w:rFonts w:ascii="微軟正黑體" w:eastAsia="微軟正黑體" w:hAnsi="微軟正黑體" w:cs="Arial" w:hint="eastAsia"/>
          <w:color w:val="auto"/>
          <w:lang w:eastAsia="zh-TW"/>
        </w:rPr>
        <w:t>本</w:t>
      </w:r>
      <w:r w:rsidRPr="00B53400">
        <w:rPr>
          <w:rFonts w:ascii="微軟正黑體" w:eastAsia="微軟正黑體" w:hAnsi="微軟正黑體"/>
          <w:color w:val="auto"/>
          <w:lang w:eastAsia="zh-TW"/>
        </w:rPr>
        <w:t>公司</w:t>
      </w:r>
      <w:r w:rsidRPr="00B53400">
        <w:rPr>
          <w:rFonts w:ascii="微軟正黑體" w:eastAsia="微軟正黑體" w:hAnsi="微軟正黑體" w:hint="eastAsia"/>
          <w:color w:val="auto"/>
          <w:lang w:eastAsia="zh-TW"/>
        </w:rPr>
        <w:t>查核資料無誤後，辦理電匯</w:t>
      </w:r>
      <w:r w:rsidR="000A4ED7" w:rsidRPr="00B53400">
        <w:rPr>
          <w:rFonts w:ascii="微軟正黑體" w:eastAsia="微軟正黑體" w:hAnsi="微軟正黑體" w:hint="eastAsia"/>
          <w:color w:val="auto"/>
          <w:lang w:eastAsia="zh-TW"/>
        </w:rPr>
        <w:t>退費</w:t>
      </w:r>
      <w:r w:rsidRPr="00B53400">
        <w:rPr>
          <w:rFonts w:ascii="微軟正黑體" w:eastAsia="微軟正黑體" w:hAnsi="微軟正黑體" w:hint="eastAsia"/>
          <w:color w:val="auto"/>
          <w:lang w:eastAsia="zh-TW"/>
        </w:rPr>
        <w:t>時使用。</w:t>
      </w:r>
    </w:p>
    <w:p w14:paraId="7D59B5AC" w14:textId="77777777" w:rsidR="000A4ED7" w:rsidRPr="00B53400" w:rsidRDefault="00E57663" w:rsidP="000A4ED7">
      <w:pPr>
        <w:pStyle w:val="ae"/>
        <w:numPr>
          <w:ilvl w:val="0"/>
          <w:numId w:val="12"/>
        </w:numPr>
        <w:spacing w:after="0" w:line="240" w:lineRule="auto"/>
        <w:contextualSpacing w:val="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當事人依個資法第 3 條規定得行使之權利及方式</w:t>
      </w:r>
      <w:r w:rsidRPr="00B53400">
        <w:rPr>
          <w:rFonts w:ascii="微軟正黑體" w:eastAsia="微軟正黑體" w:hAnsi="微軟正黑體" w:cs="Arial"/>
          <w:color w:val="auto"/>
          <w:lang w:eastAsia="zh-TW"/>
        </w:rPr>
        <w:br/>
        <w:t>就本公司保有您的個人資料，得隨時向本公司申請行使下列權利：</w:t>
      </w:r>
    </w:p>
    <w:p w14:paraId="4F3240A6" w14:textId="6695914F" w:rsidR="00E57663" w:rsidRPr="00B53400" w:rsidRDefault="00E57663" w:rsidP="000A4ED7">
      <w:pPr>
        <w:pStyle w:val="ae"/>
        <w:spacing w:after="0" w:line="240" w:lineRule="auto"/>
        <w:ind w:left="480"/>
        <w:contextualSpacing w:val="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查詢或請求閱覽</w:t>
      </w:r>
      <w:r w:rsidR="000A4ED7" w:rsidRPr="00B53400">
        <w:rPr>
          <w:rFonts w:ascii="微軟正黑體" w:eastAsia="微軟正黑體" w:hAnsi="微軟正黑體" w:cs="Arial" w:hint="eastAsia"/>
          <w:color w:val="auto"/>
          <w:lang w:eastAsia="zh-TW"/>
        </w:rPr>
        <w:t>；</w:t>
      </w:r>
      <w:r w:rsidRPr="00B53400">
        <w:rPr>
          <w:rFonts w:ascii="微軟正黑體" w:eastAsia="微軟正黑體" w:hAnsi="微軟正黑體" w:cs="Arial"/>
          <w:color w:val="auto"/>
          <w:lang w:eastAsia="zh-TW"/>
        </w:rPr>
        <w:t>請求製給複製本</w:t>
      </w:r>
      <w:r w:rsidR="000A4ED7" w:rsidRPr="00B53400">
        <w:rPr>
          <w:rFonts w:ascii="微軟正黑體" w:eastAsia="微軟正黑體" w:hAnsi="微軟正黑體" w:cs="Arial" w:hint="eastAsia"/>
          <w:color w:val="auto"/>
          <w:lang w:eastAsia="zh-TW"/>
        </w:rPr>
        <w:t>；</w:t>
      </w:r>
      <w:r w:rsidRPr="00B53400">
        <w:rPr>
          <w:rFonts w:ascii="微軟正黑體" w:eastAsia="微軟正黑體" w:hAnsi="微軟正黑體" w:cs="Arial"/>
          <w:color w:val="auto"/>
          <w:lang w:eastAsia="zh-TW"/>
        </w:rPr>
        <w:t>請求補充或更正</w:t>
      </w:r>
      <w:r w:rsidR="000A4ED7" w:rsidRPr="00B53400">
        <w:rPr>
          <w:rFonts w:ascii="微軟正黑體" w:eastAsia="微軟正黑體" w:hAnsi="微軟正黑體" w:cs="Arial" w:hint="eastAsia"/>
          <w:color w:val="auto"/>
          <w:lang w:eastAsia="zh-TW"/>
        </w:rPr>
        <w:t>；</w:t>
      </w:r>
      <w:r w:rsidRPr="00B53400">
        <w:rPr>
          <w:rFonts w:ascii="微軟正黑體" w:eastAsia="微軟正黑體" w:hAnsi="微軟正黑體" w:cs="Arial"/>
          <w:color w:val="auto"/>
          <w:lang w:eastAsia="zh-TW"/>
        </w:rPr>
        <w:t>請求停止蒐集、處理或利用</w:t>
      </w:r>
      <w:r w:rsidR="000A4ED7" w:rsidRPr="00B53400">
        <w:rPr>
          <w:rFonts w:ascii="微軟正黑體" w:eastAsia="微軟正黑體" w:hAnsi="微軟正黑體" w:cs="Arial" w:hint="eastAsia"/>
          <w:color w:val="auto"/>
          <w:lang w:eastAsia="zh-TW"/>
        </w:rPr>
        <w:t>；</w:t>
      </w:r>
      <w:r w:rsidRPr="00B53400">
        <w:rPr>
          <w:rFonts w:ascii="微軟正黑體" w:eastAsia="微軟正黑體" w:hAnsi="微軟正黑體" w:cs="Arial"/>
          <w:color w:val="auto"/>
          <w:lang w:eastAsia="zh-TW"/>
        </w:rPr>
        <w:t>請求刪除。</w:t>
      </w:r>
      <w:r w:rsidRPr="00B53400">
        <w:rPr>
          <w:rFonts w:ascii="微軟正黑體" w:eastAsia="微軟正黑體" w:hAnsi="微軟正黑體" w:cs="Arial"/>
          <w:color w:val="auto"/>
          <w:lang w:eastAsia="zh-TW"/>
        </w:rPr>
        <w:br/>
        <w:t>(註：</w:t>
      </w:r>
      <w:r w:rsidRPr="00B53400">
        <w:rPr>
          <w:rFonts w:ascii="微軟正黑體" w:eastAsia="微軟正黑體" w:hAnsi="微軟正黑體" w:cs="Arial" w:hint="eastAsia"/>
          <w:color w:val="auto"/>
          <w:lang w:eastAsia="zh-TW"/>
        </w:rPr>
        <w:t>僅限當事人</w:t>
      </w:r>
      <w:r w:rsidRPr="00B53400">
        <w:rPr>
          <w:rFonts w:ascii="微軟正黑體" w:eastAsia="微軟正黑體" w:hAnsi="微軟正黑體" w:cs="Arial"/>
          <w:color w:val="auto"/>
          <w:lang w:eastAsia="zh-TW"/>
        </w:rPr>
        <w:t>行使上述權利</w:t>
      </w:r>
      <w:r w:rsidRPr="00B53400">
        <w:rPr>
          <w:rFonts w:ascii="微軟正黑體" w:eastAsia="微軟正黑體" w:hAnsi="微軟正黑體" w:cs="Arial" w:hint="eastAsia"/>
          <w:color w:val="auto"/>
          <w:lang w:eastAsia="zh-TW"/>
        </w:rPr>
        <w:t>，</w:t>
      </w:r>
      <w:r w:rsidRPr="00B53400">
        <w:rPr>
          <w:rFonts w:ascii="微軟正黑體" w:eastAsia="微軟正黑體" w:hAnsi="微軟正黑體" w:cs="Arial"/>
          <w:color w:val="auto"/>
          <w:lang w:eastAsia="zh-TW"/>
        </w:rPr>
        <w:t>本公司得酌收必要之成本費用，請洽本公司客服專線或服務信箱。</w:t>
      </w:r>
      <w:r w:rsidRPr="00B53400">
        <w:rPr>
          <w:rFonts w:ascii="微軟正黑體" w:eastAsia="微軟正黑體" w:hAnsi="微軟正黑體" w:cs="Arial"/>
          <w:color w:val="auto"/>
        </w:rPr>
        <w:t xml:space="preserve">) </w:t>
      </w:r>
    </w:p>
    <w:p w14:paraId="55E70CF3" w14:textId="653D1353" w:rsidR="00E57663" w:rsidRPr="00B53400" w:rsidRDefault="00E57663" w:rsidP="000A4ED7">
      <w:pPr>
        <w:pStyle w:val="ae"/>
        <w:numPr>
          <w:ilvl w:val="0"/>
          <w:numId w:val="12"/>
        </w:numPr>
        <w:spacing w:after="0" w:line="240" w:lineRule="auto"/>
        <w:contextualSpacing w:val="0"/>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不提供個人資料對權益之影響</w:t>
      </w:r>
      <w:r w:rsidRPr="00B53400">
        <w:rPr>
          <w:rFonts w:ascii="微軟正黑體" w:eastAsia="微軟正黑體" w:hAnsi="微軟正黑體" w:cs="Arial"/>
          <w:color w:val="auto"/>
          <w:lang w:eastAsia="zh-TW"/>
        </w:rPr>
        <w:br/>
        <w:t>您得自由選擇是否提供相關個人資料，惟若您拒絕提供、提供不完整或不正確之個人資料，本公司將無法</w:t>
      </w:r>
      <w:r w:rsidR="000A4ED7" w:rsidRPr="00B53400">
        <w:rPr>
          <w:rFonts w:ascii="微軟正黑體" w:eastAsia="微軟正黑體" w:hAnsi="微軟正黑體" w:cs="Arial" w:hint="eastAsia"/>
          <w:color w:val="auto"/>
          <w:lang w:eastAsia="zh-TW"/>
        </w:rPr>
        <w:t>完成退費服務</w:t>
      </w:r>
      <w:r w:rsidRPr="00B53400">
        <w:rPr>
          <w:rFonts w:ascii="微軟正黑體" w:eastAsia="微軟正黑體" w:hAnsi="微軟正黑體" w:cs="Arial"/>
          <w:color w:val="auto"/>
          <w:lang w:eastAsia="zh-TW"/>
        </w:rPr>
        <w:t xml:space="preserve">。 </w:t>
      </w:r>
    </w:p>
    <w:p w14:paraId="1BE8AEA8" w14:textId="77777777" w:rsidR="00E57663" w:rsidRPr="00B53400" w:rsidRDefault="00E57663" w:rsidP="000A4ED7">
      <w:pPr>
        <w:pStyle w:val="ae"/>
        <w:numPr>
          <w:ilvl w:val="0"/>
          <w:numId w:val="12"/>
        </w:numPr>
        <w:spacing w:after="0" w:line="240" w:lineRule="auto"/>
        <w:contextualSpacing w:val="0"/>
        <w:rPr>
          <w:rFonts w:ascii="微軟正黑體" w:eastAsia="微軟正黑體" w:hAnsi="微軟正黑體" w:cs="Arial"/>
          <w:color w:val="auto"/>
          <w:lang w:eastAsia="zh-TW"/>
        </w:rPr>
      </w:pPr>
      <w:r w:rsidRPr="00B53400">
        <w:rPr>
          <w:rFonts w:ascii="微軟正黑體" w:eastAsia="微軟正黑體" w:hAnsi="微軟正黑體" w:cs="Arial" w:hint="eastAsia"/>
          <w:color w:val="auto"/>
          <w:lang w:eastAsia="zh-TW"/>
        </w:rPr>
        <w:t>如您有個資使用相關疑慮，請撥打客服專線:(04)-2595-1369，由專人為您服務。</w:t>
      </w:r>
    </w:p>
    <w:p w14:paraId="4881177B" w14:textId="77777777" w:rsidR="00E57663" w:rsidRPr="00B53400" w:rsidRDefault="00E57663" w:rsidP="000A4ED7">
      <w:pPr>
        <w:pStyle w:val="ae"/>
        <w:spacing w:after="0" w:line="240" w:lineRule="auto"/>
        <w:contextualSpacing w:val="0"/>
        <w:rPr>
          <w:rFonts w:ascii="微軟正黑體" w:eastAsia="微軟正黑體" w:hAnsi="微軟正黑體" w:cs="Arial"/>
          <w:color w:val="auto"/>
          <w:lang w:eastAsia="zh-TW"/>
        </w:rPr>
      </w:pPr>
    </w:p>
    <w:p w14:paraId="1B6EA938" w14:textId="77777777" w:rsidR="00E57663" w:rsidRPr="00B53400" w:rsidRDefault="00E57663" w:rsidP="000A4ED7">
      <w:pPr>
        <w:spacing w:after="0" w:line="240" w:lineRule="auto"/>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【個人資料提供同意書】</w:t>
      </w:r>
    </w:p>
    <w:p w14:paraId="7F5E9385" w14:textId="77777777" w:rsidR="00E57663" w:rsidRPr="00B53400" w:rsidRDefault="00E57663" w:rsidP="000A4ED7">
      <w:pPr>
        <w:spacing w:after="0" w:line="240" w:lineRule="auto"/>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本人已充分知悉且閱讀上述告知事項，並同意貴公司/機關在上述特定目的範圍內，蒐集、處理及利用本人之個人資料。</w:t>
      </w:r>
    </w:p>
    <w:p w14:paraId="6A4E4EC6" w14:textId="77777777" w:rsidR="00E57663" w:rsidRPr="00B53400" w:rsidRDefault="00E57663" w:rsidP="000A4ED7">
      <w:pPr>
        <w:spacing w:after="0" w:line="240" w:lineRule="auto"/>
        <w:rPr>
          <w:rFonts w:ascii="微軟正黑體" w:eastAsia="微軟正黑體" w:hAnsi="微軟正黑體" w:cs="Arial"/>
          <w:color w:val="auto"/>
          <w:lang w:eastAsia="zh-TW"/>
        </w:rPr>
      </w:pPr>
    </w:p>
    <w:p w14:paraId="5930ECB4" w14:textId="6EEA9EC6" w:rsidR="00E57663" w:rsidRPr="00B53400" w:rsidRDefault="00E57663" w:rsidP="000A4ED7">
      <w:pPr>
        <w:spacing w:after="0" w:line="240" w:lineRule="auto"/>
        <w:rPr>
          <w:rFonts w:ascii="微軟正黑體" w:eastAsia="微軟正黑體" w:hAnsi="微軟正黑體" w:cs="Arial"/>
          <w:color w:val="auto"/>
          <w:lang w:eastAsia="zh-TW"/>
        </w:rPr>
      </w:pPr>
      <w:r w:rsidRPr="00B53400">
        <w:rPr>
          <w:rFonts w:ascii="微軟正黑體" w:eastAsia="微軟正黑體" w:hAnsi="微軟正黑體" w:cs="Arial"/>
          <w:color w:val="auto"/>
          <w:lang w:eastAsia="zh-TW"/>
        </w:rPr>
        <w:t>當事人簽名： ___</w:t>
      </w:r>
      <w:r w:rsidR="000A4ED7" w:rsidRPr="00B53400">
        <w:rPr>
          <w:rFonts w:ascii="微軟正黑體" w:eastAsia="微軟正黑體" w:hAnsi="微軟正黑體" w:cs="Arial"/>
          <w:color w:val="auto"/>
          <w:lang w:eastAsia="zh-TW"/>
        </w:rPr>
        <w:t>_______________</w:t>
      </w:r>
      <w:r w:rsidRPr="00B53400">
        <w:rPr>
          <w:rFonts w:ascii="微軟正黑體" w:eastAsia="微軟正黑體" w:hAnsi="微軟正黑體" w:cs="Arial"/>
          <w:color w:val="auto"/>
          <w:lang w:eastAsia="zh-TW"/>
        </w:rPr>
        <w:t>________</w:t>
      </w:r>
      <w:r w:rsidRPr="00B53400">
        <w:rPr>
          <w:rFonts w:ascii="微軟正黑體" w:eastAsia="微軟正黑體" w:hAnsi="微軟正黑體" w:cs="Arial"/>
          <w:color w:val="auto"/>
          <w:lang w:eastAsia="zh-TW"/>
        </w:rPr>
        <w:br/>
        <w:t>日期：</w:t>
      </w:r>
      <w:r w:rsidR="000A4ED7" w:rsidRPr="00B53400">
        <w:rPr>
          <w:rFonts w:ascii="微軟正黑體" w:eastAsia="微軟正黑體" w:hAnsi="微軟正黑體" w:cs="Arial" w:hint="eastAsia"/>
          <w:color w:val="auto"/>
          <w:lang w:eastAsia="zh-TW"/>
        </w:rPr>
        <w:t xml:space="preserve">　　</w:t>
      </w:r>
      <w:r w:rsidRPr="00B53400">
        <w:rPr>
          <w:rFonts w:ascii="微軟正黑體" w:eastAsia="微軟正黑體" w:hAnsi="微軟正黑體" w:cs="Arial"/>
          <w:color w:val="auto"/>
          <w:lang w:eastAsia="zh-TW"/>
        </w:rPr>
        <w:t>年</w:t>
      </w:r>
      <w:r w:rsidR="000A4ED7" w:rsidRPr="00B53400">
        <w:rPr>
          <w:rFonts w:ascii="微軟正黑體" w:eastAsia="微軟正黑體" w:hAnsi="微軟正黑體" w:cs="Arial" w:hint="eastAsia"/>
          <w:color w:val="auto"/>
          <w:lang w:eastAsia="zh-TW"/>
        </w:rPr>
        <w:t xml:space="preserve">　　</w:t>
      </w:r>
      <w:r w:rsidRPr="00B53400">
        <w:rPr>
          <w:rFonts w:ascii="微軟正黑體" w:eastAsia="微軟正黑體" w:hAnsi="微軟正黑體" w:cs="Arial"/>
          <w:color w:val="auto"/>
          <w:lang w:eastAsia="zh-TW"/>
        </w:rPr>
        <w:t>月</w:t>
      </w:r>
      <w:r w:rsidR="000A4ED7" w:rsidRPr="00B53400">
        <w:rPr>
          <w:rFonts w:ascii="微軟正黑體" w:eastAsia="微軟正黑體" w:hAnsi="微軟正黑體" w:cs="Arial" w:hint="eastAsia"/>
          <w:color w:val="auto"/>
          <w:lang w:eastAsia="zh-TW"/>
        </w:rPr>
        <w:t xml:space="preserve">　　</w:t>
      </w:r>
      <w:r w:rsidRPr="00B53400">
        <w:rPr>
          <w:rFonts w:ascii="微軟正黑體" w:eastAsia="微軟正黑體" w:hAnsi="微軟正黑體" w:cs="Arial"/>
          <w:color w:val="auto"/>
          <w:lang w:eastAsia="zh-TW"/>
        </w:rPr>
        <w:t>日</w:t>
      </w:r>
    </w:p>
    <w:p w14:paraId="6FC62EF9" w14:textId="77777777" w:rsidR="00A90C8E" w:rsidRPr="00B53400" w:rsidRDefault="00A90C8E">
      <w:pPr>
        <w:rPr>
          <w:rFonts w:eastAsia="新細明體"/>
          <w:color w:val="auto"/>
          <w:lang w:eastAsia="zh-TW"/>
        </w:rPr>
      </w:pPr>
    </w:p>
    <w:p w14:paraId="0F0D086F" w14:textId="77777777" w:rsidR="000A4ED7" w:rsidRPr="00B53400" w:rsidRDefault="000A4ED7">
      <w:pPr>
        <w:rPr>
          <w:rFonts w:eastAsia="新細明體"/>
          <w:color w:val="auto"/>
          <w:lang w:eastAsia="zh-TW"/>
        </w:rPr>
      </w:pPr>
    </w:p>
    <w:sectPr w:rsidR="000A4ED7" w:rsidRPr="00B53400" w:rsidSect="00E5766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01339" w14:textId="77777777" w:rsidR="00BD72CB" w:rsidRDefault="00BD72CB" w:rsidP="00E57663">
      <w:pPr>
        <w:spacing w:after="0" w:line="240" w:lineRule="auto"/>
      </w:pPr>
      <w:r>
        <w:separator/>
      </w:r>
    </w:p>
  </w:endnote>
  <w:endnote w:type="continuationSeparator" w:id="0">
    <w:p w14:paraId="15E3755D" w14:textId="77777777" w:rsidR="00BD72CB" w:rsidRDefault="00BD72CB" w:rsidP="00E5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5D3C3" w14:textId="77777777" w:rsidR="00BD72CB" w:rsidRDefault="00BD72CB" w:rsidP="00E57663">
      <w:pPr>
        <w:spacing w:after="0" w:line="240" w:lineRule="auto"/>
      </w:pPr>
      <w:r>
        <w:separator/>
      </w:r>
    </w:p>
  </w:footnote>
  <w:footnote w:type="continuationSeparator" w:id="0">
    <w:p w14:paraId="49C03E18" w14:textId="77777777" w:rsidR="00BD72CB" w:rsidRDefault="00BD72CB" w:rsidP="00E576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63F17BB"/>
    <w:multiLevelType w:val="multilevel"/>
    <w:tmpl w:val="A88EEC96"/>
    <w:lvl w:ilvl="0">
      <w:start w:val="1"/>
      <w:numFmt w:val="decimal"/>
      <w:lvlText w:val="%1."/>
      <w:lvlJc w:val="left"/>
      <w:pPr>
        <w:tabs>
          <w:tab w:val="num" w:pos="786"/>
        </w:tabs>
        <w:ind w:left="786" w:hanging="360"/>
      </w:pPr>
      <w:rPr>
        <w:lang w:eastAsia="zh-TW"/>
      </w:rPr>
    </w:lvl>
    <w:lvl w:ilvl="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0" w15:restartNumberingAfterBreak="0">
    <w:nsid w:val="1DD23EBA"/>
    <w:multiLevelType w:val="hybridMultilevel"/>
    <w:tmpl w:val="497A37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C833C21"/>
    <w:multiLevelType w:val="hybridMultilevel"/>
    <w:tmpl w:val="3D740548"/>
    <w:lvl w:ilvl="0" w:tplc="CCB61F7E">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CA26602"/>
    <w:multiLevelType w:val="hybridMultilevel"/>
    <w:tmpl w:val="365230B0"/>
    <w:lvl w:ilvl="0" w:tplc="2E8869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421475C"/>
    <w:multiLevelType w:val="multilevel"/>
    <w:tmpl w:val="D1C4C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8535612">
    <w:abstractNumId w:val="8"/>
  </w:num>
  <w:num w:numId="2" w16cid:durableId="1121343075">
    <w:abstractNumId w:val="6"/>
  </w:num>
  <w:num w:numId="3" w16cid:durableId="641616317">
    <w:abstractNumId w:val="5"/>
  </w:num>
  <w:num w:numId="4" w16cid:durableId="1909916701">
    <w:abstractNumId w:val="4"/>
  </w:num>
  <w:num w:numId="5" w16cid:durableId="1817641805">
    <w:abstractNumId w:val="7"/>
  </w:num>
  <w:num w:numId="6" w16cid:durableId="78214776">
    <w:abstractNumId w:val="3"/>
  </w:num>
  <w:num w:numId="7" w16cid:durableId="1995180905">
    <w:abstractNumId w:val="2"/>
  </w:num>
  <w:num w:numId="8" w16cid:durableId="1980525848">
    <w:abstractNumId w:val="1"/>
  </w:num>
  <w:num w:numId="9" w16cid:durableId="761295127">
    <w:abstractNumId w:val="0"/>
  </w:num>
  <w:num w:numId="10" w16cid:durableId="1268000231">
    <w:abstractNumId w:val="9"/>
  </w:num>
  <w:num w:numId="11" w16cid:durableId="1154027062">
    <w:abstractNumId w:val="13"/>
  </w:num>
  <w:num w:numId="12" w16cid:durableId="2097241808">
    <w:abstractNumId w:val="11"/>
  </w:num>
  <w:num w:numId="13" w16cid:durableId="1876497893">
    <w:abstractNumId w:val="10"/>
  </w:num>
  <w:num w:numId="14" w16cid:durableId="8632059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ED7"/>
    <w:rsid w:val="000F5C08"/>
    <w:rsid w:val="0015074B"/>
    <w:rsid w:val="001905DE"/>
    <w:rsid w:val="002810E5"/>
    <w:rsid w:val="0029639D"/>
    <w:rsid w:val="00326F90"/>
    <w:rsid w:val="003C158C"/>
    <w:rsid w:val="004A48FC"/>
    <w:rsid w:val="004D44AA"/>
    <w:rsid w:val="00543151"/>
    <w:rsid w:val="00820C58"/>
    <w:rsid w:val="00913319"/>
    <w:rsid w:val="00926B9C"/>
    <w:rsid w:val="00957A2C"/>
    <w:rsid w:val="009E18FF"/>
    <w:rsid w:val="00A36A1A"/>
    <w:rsid w:val="00A90C8E"/>
    <w:rsid w:val="00AA1D8D"/>
    <w:rsid w:val="00AE0218"/>
    <w:rsid w:val="00B47730"/>
    <w:rsid w:val="00B53400"/>
    <w:rsid w:val="00BD72CB"/>
    <w:rsid w:val="00C35EE2"/>
    <w:rsid w:val="00CB0664"/>
    <w:rsid w:val="00E57663"/>
    <w:rsid w:val="00E7787A"/>
    <w:rsid w:val="00E808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B6CB6B"/>
  <w14:defaultImageDpi w14:val="300"/>
  <w15:docId w15:val="{40675419-5469-4544-8520-9B9ED3277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Calibri" w:hAnsi="Calibri"/>
      <w:color w:val="1E293B"/>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龍谷 龍谷</cp:lastModifiedBy>
  <cp:revision>6</cp:revision>
  <dcterms:created xsi:type="dcterms:W3CDTF">2026-11-04T01:58:00Z</dcterms:created>
  <dcterms:modified xsi:type="dcterms:W3CDTF">2026-11-04T02:02:00Z</dcterms:modified>
  <cp:category/>
</cp:coreProperties>
</file>